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聊天室关闭云会议ppt接口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http://api.polyv.net/live/v3/channel/chat/close-meeting-ppt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1、提供关闭聊天室云会议ppt的接口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2、支持https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当前时间的秒级时间戳（13位）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操作成功响应示例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"发送成功"</w:t>
        <w:br/>
        <w:t>}</w:t>
      </w:r>
    </w:p>
    <w:p>
      <w:pPr>
        <w:pStyle w:val="Heading2"/>
      </w:pPr>
      <w:r>
        <w:t>操作失败响应示例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缺少参数 channelId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</w:t>
        <w:br/>
        <w:t xml:space="preserve">    "message": "param should not be empty: channelId",</w:t>
        <w:br/>
        <w:t xml:space="preserve">    "data": ""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t>$channelId = '123456';</w:t>
        <w:br/>
        <w:t>$params = array(</w:t>
        <w:br/>
        <w:t xml:space="preserve">  'appId' =&gt; $appId,</w:t>
        <w:br/>
        <w:t xml:space="preserve">  'timestamp' =&gt; $timestamp,</w:t>
        <w:br/>
        <w:t xml:space="preserve">  'channelId' =&gt; $channelId</w:t>
        <w:br/>
        <w:t>);</w:t>
        <w:br/>
        <w:br/>
        <w:t>//生成sign</w:t>
        <w:br/>
        <w:t>$sign = getSign($params); //详细查看config.php文件的getSign方法</w:t>
        <w:br/>
        <w:t>$url="http://api.polyv.net/live/v3/channel/chat/close-meeting-ppt?appId=$appId&amp;timestamp=$timestamp&amp;channelId=$channelId";</w:t>
        <w:br/>
        <w:br/>
        <w:t>$ch = curl_init() or die ( curl_error() );</w:t>
        <w:br/>
        <w:t>curl_setopt( $ch, CURLOPT_URL, $url);</w:t>
        <w:br/>
        <w:t>curl_setopt ($ch, CURLOPT_CUSTOMREQUEST, "POST");</w:t>
        <w:br/>
        <w:t>curl_setopt( $ch, CURLOPT_RETURNTRANSFER, 1 );</w:t>
        <w:br/>
        <w:t>curl_setopt( $ch, CURLOPT_CONNECTTIMEOUT, 360);</w:t>
        <w:br/>
        <w:t>$output = curl_exec ( $ch );</w:t>
        <w:br/>
        <w:t>curl_close ( $ch );</w:t>
        <w:br/>
        <w:t>print_r($output);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聊天室关闭云会议ppt接口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