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test-download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标题</w:t>
      </w:r>
      <w:r>
        <w:rPr>
          <w:rFonts w:ascii="Source Han Sans SC" w:hAnsi="Source Han Sans SC" w:eastAsia="Source Han Sans SC" w:cs="Source Han Sans SC" w:hint="eastAsia"/>
          <w:sz w:val="21"/>
        </w:rPr>
        <w:t>：点播API接口文档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简介</w:t>
      </w:r>
      <w:r>
        <w:rPr>
          <w:rFonts w:ascii="Source Han Sans SC" w:hAnsi="Source Han Sans SC" w:eastAsia="Source Han Sans SC" w:cs="Source Han Sans SC" w:hint="eastAsia"/>
          <w:sz w:val="21"/>
        </w:rPr>
        <w:t>：点播系统对外API接口文档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联系人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接口路径</w:t>
      </w:r>
      <w:r>
        <w:rPr>
          <w:rFonts w:ascii="Source Han Sans SC" w:hAnsi="Source Han Sans SC" w:eastAsia="Source Han Sans SC" w:cs="Source Han Sans SC" w:hint="eastAsia"/>
          <w:sz w:val="21"/>
        </w:rPr>
        <w:t>：/v2/api-docs</w:t>
      </w:r>
    </w:p>
    <w:p>
      <w:pPr>
        <w:pStyle w:val="Heading1"/>
      </w:pPr>
      <w:r>
        <w:t>上传视频接口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:上传视频接口(登记视频信息，并以 POST 的方式上传视频)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/vod/v1/video/upload/post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["multipart/form-data"]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音频码率：Kbps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audioChannelLayout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音频声道：stereo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音频声道数：2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audioCodecName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音频解码库：aac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audioProfile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音频配置：HE-AAC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audioSampleFmt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音频采样格式：fltp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音频采样率：22050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封面图片使用的存储系统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所属部门ID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displayAspectRatio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显示宽高比：16:9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播放时长：秒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extJson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扩展信息，JSON格式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isAudio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是否纯音频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isEncrypted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是否需要加密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isTranscoding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是否需要转码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源分辨率：1280x720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sourceExtension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源文件扩展名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源文件大小：Bytes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sourceMd5sum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源文件MD5校验码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uploadChannel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上传渠道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uploadClient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上传客户端IP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上传服务器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视频字符串ID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videoAvgFrameRate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视频平均帧率，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视频码率：Kbps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videoCodecName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视频解码库：h264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videoLevel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视频编码level：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videoNbFrames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视频总帧数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videoProfile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视频编码配置：high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videoRotate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旋转角度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"audioBitRate": 0,</w:t>
        <w:br/>
        <w:t xml:space="preserve">        "audioChannelLayout": "",</w:t>
        <w:br/>
        <w:t xml:space="preserve">        "audioChannels": 0,</w:t>
        <w:br/>
        <w:t xml:space="preserve">        "audioCodecName": "",</w:t>
        <w:br/>
        <w:t xml:space="preserve">        "audioProfile": "",</w:t>
        <w:br/>
        <w:t xml:space="preserve">        "audioSampleFmt": "",</w:t>
        <w:br/>
        <w:t xml:space="preserve">        "audioSampleRate": 0,</w:t>
        <w:br/>
        <w:t xml:space="preserve">        "categoryId": 0,</w:t>
        <w:br/>
        <w:t xml:space="preserve">        "coverBucketName": "",</w:t>
        <w:br/>
        <w:t xml:space="preserve">        "coverFileName": "",</w:t>
        <w:br/>
        <w:t xml:space="preserve">        "coverStorageSystem": "",</w:t>
        <w:br/>
        <w:t xml:space="preserve">        "deptId": 0,</w:t>
        <w:br/>
        <w:t xml:space="preserve">        "description": "",</w:t>
        <w:br/>
        <w:t xml:space="preserve">        "displayAspectRatio": "",</w:t>
        <w:br/>
        <w:t xml:space="preserve">        "duration": 0,</w:t>
        <w:br/>
        <w:t xml:space="preserve">        "extJson": "",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"isAudio": true,</w:t>
        <w:br/>
        <w:t xml:space="preserve">        "isDeleted": true,</w:t>
        <w:br/>
        <w:t xml:space="preserve">        "isEncrypted": true,</w:t>
        <w:br/>
        <w:t xml:space="preserve">        "isScreen": true,</w:t>
        <w:br/>
        <w:t xml:space="preserve">        "isTranscoding": true,</w:t>
        <w:br/>
        <w:t xml:space="preserve">        "originalDefinition": "",</w:t>
        <w:br/>
        <w:t xml:space="preserve">        "originalHeight": 0,</w:t>
        <w:br/>
        <w:t xml:space="preserve">        "originalWidth": 0,</w:t>
        <w:br/>
        <w:t xml:space="preserve">        "sourceExtension": "",</w:t>
        <w:br/>
        <w:t xml:space="preserve">        "sourceFileName": "",</w:t>
        <w:br/>
        <w:t xml:space="preserve">        "sourceFileSize": 0,</w:t>
        <w:br/>
        <w:t xml:space="preserve">        "sourceMd5sum": "",</w:t>
        <w:br/>
        <w:t xml:space="preserve">        "status": "",</w:t>
        <w:br/>
        <w:t xml:space="preserve">        "tag1": "",</w:t>
        <w:br/>
        <w:t xml:space="preserve">        "tag2": "",</w:t>
        <w:br/>
        <w:t xml:space="preserve">        "tag3": "",</w:t>
        <w:br/>
        <w:t xml:space="preserve">        "title": "",</w:t>
        <w:br/>
        <w:t xml:space="preserve">        "transGroupId": 0,</w:t>
        <w:br/>
        <w:t xml:space="preserve">        "transGroupName": "",</w:t>
        <w:br/>
        <w:t xml:space="preserve">        "uploadChannel": "",</w:t>
        <w:br/>
        <w:t xml:space="preserve">        "uploadClient": "",</w:t>
        <w:br/>
        <w:t xml:space="preserve">        "uploadServer": "",</w:t>
        <w:br/>
        <w:t xml:space="preserve">        "uploadTime": "",</w:t>
        <w:br/>
        <w:t xml:space="preserve">        "userId": 0,</w:t>
        <w:br/>
        <w:t xml:space="preserve">        "vid": "",</w:t>
        <w:br/>
        <w:t xml:space="preserve">        "videoAvgFrameRate": "",</w:t>
        <w:br/>
        <w:t xml:space="preserve">        "videoBitRate": 0,</w:t>
        <w:br/>
        <w:t xml:space="preserve">        "videoCodecName": "",</w:t>
        <w:br/>
        <w:t xml:space="preserve">        "videoLevel": 0,</w:t>
        <w:br/>
        <w:t xml:space="preserve">        "videoNbFrames": 0,</w:t>
        <w:br/>
        <w:t xml:space="preserve">        "videoProfile": "",</w:t>
        <w:br/>
        <w:t xml:space="preserve">        "videoRotate":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 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音频码率：Kbps 字段：audio_bit_rate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音频声道：stereo 字段：audio_channel_layout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音频声道数：2 字段：audio_channels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audioCodecName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音频解码库：aac 字段：audio_codec_name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音频配置：HE-AAC 字段：audio_profile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audioSampleFmt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音频采样格式：fltp 字段：audio_sample_fmt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音频采样率：22050 字段：audio_sample_rate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 字段：category_id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封面图片所在的空间或者组名 字段：cover_bucket_name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封面图片文件名 字段：cover_file_name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封面图片使用的存储系统 字段：cover_storage_system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所属部门ID 字段：dept_id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 字段：description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displayAspectRatio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显示宽高比：16:9 字段：display_aspect_ratio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播放时长：秒 字段：duration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extJson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扩展信息，JSON格式 字段：ext_json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是否纯音频 字段：is_audio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是否需要加密 字段：is_encrypted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 字段：is_screen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isTranscoding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是否需要转码 字段：is_transcoding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源分辨率：1280x720 字段：original_definition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源视频分辨率：高 字段：original_height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源视频分辨率：宽 字段：original_width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sourceExtension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源文件扩展名 字段：source_extension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源文件名 字段：source_file_name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源文件大小：Bytes 字段：source_file_size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sourceMd5sum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源文件MD5校验码 字段：source_md5sum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 字段：status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标签1 字段：tag1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标签2 字段：tag2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标签3 字段：tag3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 字段：title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使用的转码模板组ID 字段：trans_group_id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使用的转码模板组名称 字段：trans_group_name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uploadChannel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上传渠道 字段：upload_channel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uploadClient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上传客户端IP 字段：upload_client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上传服务器 字段：upload_server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 字段：upload_time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 字段：user_id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视频字符串ID 字段：vid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videoAvgFrameRate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视频平均帧率， "30000/1001", 字段：video_avg_frame_rate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视频码率：Kbps 字段：video_bit_rate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videoCodecName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视频解码库：h264 字段：video_codec_name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视频编码level： 31 字段：video_level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videoNbFrames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视频总帧数 字段：video_nb_frames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视频编码配置：high 字段：video_profile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videoRotate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旋转角度 字段：video_rotate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WrappedResponseV2«Video»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上传视频接口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:上传视频接口(登记视频信息，并以 POST 的方式上传视频)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/vod/v1/video/upload/post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["multipart/form-data"]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音频码率：Kbps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audioChannelLayout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音频声道：stereo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音频声道数：2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audioCodecName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音频解码库：aac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audioProfile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音频配置：HE-AAC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audioSampleFmt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音频采样格式：fltp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音频采样率：22050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封面图片使用的存储系统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所属部门ID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displayAspectRatio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显示宽高比：16:9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播放时长：秒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extJson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扩展信息，JSON格式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isAudio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是否纯音频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isEncrypted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是否需要加密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isTranscoding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是否需要转码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源分辨率：1280x720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sourceExtension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源文件扩展名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源文件大小：Bytes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sourceMd5sum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源文件MD5校验码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uploadChannel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上传渠道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uploadClient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上传客户端IP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上传服务器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视频字符串ID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videoAvgFrameRate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视频平均帧率，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视频码率：Kbps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videoCodecName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视频解码库：h264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videoLevel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视频编码level：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videoNbFrames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视频总帧数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videoProfile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视频编码配置：high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videoRotate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旋转角度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"audioBitRate": 0,</w:t>
        <w:br/>
        <w:t xml:space="preserve">        "audioChannelLayout": "",</w:t>
        <w:br/>
        <w:t xml:space="preserve">        "audioChannels": 0,</w:t>
        <w:br/>
        <w:t xml:space="preserve">        "audioCodecName": "",</w:t>
        <w:br/>
        <w:t xml:space="preserve">        "audioProfile": "",</w:t>
        <w:br/>
        <w:t xml:space="preserve">        "audioSampleFmt": "",</w:t>
        <w:br/>
        <w:t xml:space="preserve">        "audioSampleRate": 0,</w:t>
        <w:br/>
        <w:t xml:space="preserve">        "categoryId": 0,</w:t>
        <w:br/>
        <w:t xml:space="preserve">        "coverBucketName": "",</w:t>
        <w:br/>
        <w:t xml:space="preserve">        "coverFileName": "",</w:t>
        <w:br/>
        <w:t xml:space="preserve">        "coverStorageSystem": "",</w:t>
        <w:br/>
        <w:t xml:space="preserve">        "deptId": 0,</w:t>
        <w:br/>
        <w:t xml:space="preserve">        "description": "",</w:t>
        <w:br/>
        <w:t xml:space="preserve">        "displayAspectRatio": "",</w:t>
        <w:br/>
        <w:t xml:space="preserve">        "duration": 0,</w:t>
        <w:br/>
        <w:t xml:space="preserve">        "extJson": "",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"isAudio": true,</w:t>
        <w:br/>
        <w:t xml:space="preserve">        "isDeleted": true,</w:t>
        <w:br/>
        <w:t xml:space="preserve">        "isEncrypted": true,</w:t>
        <w:br/>
        <w:t xml:space="preserve">        "isScreen": true,</w:t>
        <w:br/>
        <w:t xml:space="preserve">        "isTranscoding": true,</w:t>
        <w:br/>
        <w:t xml:space="preserve">        "originalDefinition": "",</w:t>
        <w:br/>
        <w:t xml:space="preserve">        "originalHeight": 0,</w:t>
        <w:br/>
        <w:t xml:space="preserve">        "originalWidth": 0,</w:t>
        <w:br/>
        <w:t xml:space="preserve">        "sourceExtension": "",</w:t>
        <w:br/>
        <w:t xml:space="preserve">        "sourceFileName": "",</w:t>
        <w:br/>
        <w:t xml:space="preserve">        "sourceFileSize": 0,</w:t>
        <w:br/>
        <w:t xml:space="preserve">        "sourceMd5sum": "",</w:t>
        <w:br/>
        <w:t xml:space="preserve">        "status": "",</w:t>
        <w:br/>
        <w:t xml:space="preserve">        "tag1": "",</w:t>
        <w:br/>
        <w:t xml:space="preserve">        "tag2": "",</w:t>
        <w:br/>
        <w:t xml:space="preserve">        "tag3": "",</w:t>
        <w:br/>
        <w:t xml:space="preserve">        "title": "",</w:t>
        <w:br/>
        <w:t xml:space="preserve">        "transGroupId": 0,</w:t>
        <w:br/>
        <w:t xml:space="preserve">        "transGroupName": "",</w:t>
        <w:br/>
        <w:t xml:space="preserve">        "uploadChannel": "",</w:t>
        <w:br/>
        <w:t xml:space="preserve">        "uploadClient": "",</w:t>
        <w:br/>
        <w:t xml:space="preserve">        "uploadServer": "",</w:t>
        <w:br/>
        <w:t xml:space="preserve">        "uploadTime": "",</w:t>
        <w:br/>
        <w:t xml:space="preserve">        "userId": 0,</w:t>
        <w:br/>
        <w:t xml:space="preserve">        "vid": "",</w:t>
        <w:br/>
        <w:t xml:space="preserve">        "videoAvgFrameRate": "",</w:t>
        <w:br/>
        <w:t xml:space="preserve">        "videoBitRate": 0,</w:t>
        <w:br/>
        <w:t xml:space="preserve">        "videoCodecName": "",</w:t>
        <w:br/>
        <w:t xml:space="preserve">        "videoLevel": 0,</w:t>
        <w:br/>
        <w:t xml:space="preserve">        "videoNbFrames": 0,</w:t>
        <w:br/>
        <w:t xml:space="preserve">        "videoProfile": "",</w:t>
        <w:br/>
        <w:t xml:space="preserve">        "videoRotate":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 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音频码率：Kbps 字段：audio_bit_rate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音频声道：stereo 字段：audio_channel_layout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音频声道数：2 字段：audio_channels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audioCodecName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音频解码库：aac 字段：audio_codec_name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音频配置：HE-AAC 字段：audio_profile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audioSampleFmt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音频采样格式：fltp 字段：audio_sample_fmt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音频采样率：22050 字段：audio_sample_rate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 字段：category_id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封面图片所在的空间或者组名 字段：cover_bucket_name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封面图片文件名 字段：cover_file_name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封面图片使用的存储系统 字段：cover_storage_system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所属部门ID 字段：dept_id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 字段：description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displayAspectRatio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显示宽高比：16:9 字段：display_aspect_ratio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播放时长：秒 字段：duration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extJson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扩展信息，JSON格式 字段：ext_json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是否纯音频 字段：is_audio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是否需要加密 字段：is_encrypted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 字段：is_screen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isTranscoding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是否需要转码 字段：is_transcoding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源分辨率：1280x720 字段：original_definition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源视频分辨率：高 字段：original_height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源视频分辨率：宽 字段：original_width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sourceExtension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源文件扩展名 字段：source_extension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源文件名 字段：source_file_name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源文件大小：Bytes 字段：source_file_size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sourceMd5sum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源文件MD5校验码 字段：source_md5sum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 字段：status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标签1 字段：tag1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标签2 字段：tag2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标签3 字段：tag3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 字段：title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使用的转码模板组ID 字段：trans_group_id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使用的转码模板组名称 字段：trans_group_name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uploadChannel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上传渠道 字段：upload_channel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uploadClient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上传客户端IP 字段：upload_client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上传服务器 字段：upload_server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 字段：upload_time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 字段：user_id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视频字符串ID 字段：vid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videoAvgFrameRate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视频平均帧率， "30000/1001", 字段：video_avg_frame_rate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视频码率：Kbps 字段：video_bit_rate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videoCodecName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视频解码库：h264 字段：video_codec_name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视频编码level： 31 字段：video_level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videoNbFrames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视频总帧数 字段：video_nb_frames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视频编码配置：high 字段：video_profile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videoRotate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旋转角度 字段：video_rotate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WrappedResponseV2«Video»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 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新增子账号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/vod/v1/account/add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是否有全部视频权限（Y/N）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删除子账号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要删除的子账号ID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根据子账号ID获取子账号信息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"childEmail": "",</w:t>
        <w:br/>
        <w:t xml:space="preserve">        "childUserId": 0,</w:t>
        <w:br/>
        <w:t xml:space="preserve">        "childUsername": "",</w:t>
        <w:br/>
        <w:t xml:space="preserve">        "createdTime": "",</w:t>
        <w:br/>
        <w:t xml:space="preserve">        "lastModified": "",</w:t>
        <w:br/>
        <w:t xml:space="preserve">        "roleId": 0,</w:t>
        <w:br/>
        <w:t xml:space="preserve">        "roleName": "",</w:t>
        <w:br/>
        <w:t xml:space="preserve">        "status": "",</w:t>
        <w:br/>
        <w:t xml:space="preserve">        "userId": 0,</w:t>
        <w:br/>
        <w:t xml:space="preserve">        "viewAllVideosEnabled":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UserChildrenDTO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  UserChildrenDTO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账号状态(Y/N)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是否显示全部视频(Y/N)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WrappedResponseV2«UserChildrenDTO»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分页获取子账号列表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"childEmail": "",</w:t>
        <w:br/>
        <w:t xml:space="preserve">                "childUserId": 0,</w:t>
        <w:br/>
        <w:t xml:space="preserve">                "childUsername": "",</w:t>
        <w:br/>
        <w:t xml:space="preserve">                "createdTime": "",</w:t>
        <w:br/>
        <w:t xml:space="preserve">                "lastModified": "",</w:t>
        <w:br/>
        <w:t xml:space="preserve">                "roleId": 0,</w:t>
        <w:br/>
        <w:t xml:space="preserve">                "roleName": "",</w:t>
        <w:br/>
        <w:t xml:space="preserve">                "status": "",</w:t>
        <w:br/>
        <w:t xml:space="preserve">                "userId": 0,</w:t>
        <w:br/>
        <w:t xml:space="preserve">                "viewAllVideosEnabled": ""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Paginator«UserChildrenDTO»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Paginator«UserChildrenDTO»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UserChildrenDTO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结束行。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是否是第一页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是否是最后一页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数据库的limit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下一页页标。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数据库的offset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上一页页标。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开始行。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UserChildrenDTO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账号状态(Y/N)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是否显示全部视频(Y/N)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WrappedResponseV2«Paginator«UserChildrenDTO»»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获取角色列表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/vod/v1/account/role/list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"id": 0,</w:t>
        <w:br/>
        <w:t xml:space="preserve">            "name":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角色对象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角色对象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WrappedResponseV2«List«角色对象»»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更新子账号信息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isChangePassword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是否修改密码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是否有全部视频权限（Y/N）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删除字幕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:删除字幕接口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修改字幕名称接口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:修改字幕名称接口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/vod/v1/video/srt/edit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获取字幕列表接口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:获取字幕列表接口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字幕上传接口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:字幕上传接口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/vod/v1/video/srt/upload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["multipart/form-data"]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"id": "",</w:t>
        <w:br/>
        <w:t xml:space="preserve">            "name": "",</w:t>
        <w:br/>
        <w:t xml:space="preserve">            "url":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SrtDTO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WrappedResponseV2«List«SrtDTO»»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获取广告详情接口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:获取广告详情接口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/vod/v1/advert/detail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"addrurl": "",</w:t>
        <w:br/>
        <w:t xml:space="preserve">        "adid": "",</w:t>
        <w:br/>
        <w:t xml:space="preserve">        "cataids": "",</w:t>
        <w:br/>
        <w:t xml:space="preserve">        "createdtime": "",</w:t>
        <w:br/>
        <w:t xml:space="preserve">        "height": 0,</w:t>
        <w:br/>
        <w:t xml:space="preserve">        "location": "",</w:t>
        <w:br/>
        <w:t xml:space="preserve">        "matterurl": "",</w:t>
        <w:br/>
        <w:t xml:space="preserve">        "poplocation": 0,</w:t>
        <w:br/>
        <w:t xml:space="preserve">        "popuptime": "",</w:t>
        <w:br/>
        <w:t xml:space="preserve">        "size": 0,</w:t>
        <w:br/>
        <w:t xml:space="preserve">        "skipenabled": "",</w:t>
        <w:br/>
        <w:t xml:space="preserve">        "skiptime": 0,</w:t>
        <w:br/>
        <w:t xml:space="preserve">        "status": 0,</w:t>
        <w:br/>
        <w:t xml:space="preserve">        "title": "",</w:t>
        <w:br/>
        <w:t xml:space="preserve">        "width":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AdvertDTO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链接地址：广告需要跳转的目标地址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视频分类id。多个以英文逗号分割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广告位：广告展示的位置,1:片头，2:暂停，3:片尾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广告素材：广告展示物料，可上传或外链广告，支持图片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素材大小：可自定义广告显示的时间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是否开启跳过片头广告（Y/N）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允许跳过广告的时间，单位秒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状态：已上线10,待上线1,已下线0,删除-1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广告名称：广告的标题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WrappedResponseV2«AdvertDTO»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查询广告接口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:查询广告接口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第几页（默认显示第一页）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每页显示几条（默认显示）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广告名称（模糊查询）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"addrurl": "",</w:t>
        <w:br/>
        <w:t xml:space="preserve">                "adid": "",</w:t>
        <w:br/>
        <w:t xml:space="preserve">                "cataids": "",</w:t>
        <w:br/>
        <w:t xml:space="preserve">                "createdtime": "",</w:t>
        <w:br/>
        <w:t xml:space="preserve">                "height": 0,</w:t>
        <w:br/>
        <w:t xml:space="preserve">                "location": "",</w:t>
        <w:br/>
        <w:t xml:space="preserve">                "matterurl": "",</w:t>
        <w:br/>
        <w:t xml:space="preserve">                "poplocation": 0,</w:t>
        <w:br/>
        <w:t xml:space="preserve">                "popuptime": "",</w:t>
        <w:br/>
        <w:t xml:space="preserve">                "size": 0,</w:t>
        <w:br/>
        <w:t xml:space="preserve">                "skipenabled": "",</w:t>
        <w:br/>
        <w:t xml:space="preserve">                "skiptime": 0,</w:t>
        <w:br/>
        <w:t xml:space="preserve">                "status": 0,</w:t>
        <w:br/>
        <w:t xml:space="preserve">                "title": "",</w:t>
        <w:br/>
        <w:t xml:space="preserve">                "width": 0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"hasNextPage": true,</w:t>
        <w:br/>
        <w:t xml:space="preserve">        "hasPreviousPage":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"previousPageNumber":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Page«AdvertDTO»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Page«AdvertDTO»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hasPreviousPage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previousPageNumber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AdvertDTO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链接地址：广告需要跳转的目标地址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视频分类id。多个以英文逗号分割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广告位：广告展示的位置,1:片头，2:暂停，3:片尾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广告素材：广告展示物料，可上传或外链广告，支持图片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素材大小：可自定义广告显示的时间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是否开启跳过片头广告（Y/N）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允许跳过广告的时间，单位秒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状态：已上线10,待上线1,已下线0,删除-1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广告名称：广告的标题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WrappedResponseV2«Page«AdvertDTO»»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新增或修改广告接口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:新增或修改广告接口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/vod/v1/advert/save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链接地址：广告需要跳转的目标地址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视频分类id。多个以英文逗号分割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y原生视频高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广告位：广告展示的位置,片头，暂停，片尾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广告素材：广告展示物料，可上传或外链广告，支持图片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素材大小：可自定义广告显示的大小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是否开启跳过片头广告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允许跳过广告的时间，单位秒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已上线10,待上线1,已下线0,删除-1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广告名称：广告的标题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新增子分类接口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:新增子分类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/vod/v1/category/create-child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新增的分类名称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"css": "",</w:t>
        <w:br/>
        <w:t xml:space="preserve">        "gmtCreate": "",</w:t>
        <w:br/>
        <w:t xml:space="preserve">        "gmtModified": "",</w:t>
        <w:br/>
        <w:t xml:space="preserve">        "icon": "",</w:t>
        <w:br/>
        <w:t xml:space="preserve">        "id": 0,</w:t>
        <w:br/>
        <w:t xml:space="preserve">        "isDeleted": true,</w:t>
        <w:br/>
        <w:t xml:space="preserve">        "name": "",</w:t>
        <w:br/>
        <w:t xml:space="preserve">        "ordered": 0,</w:t>
        <w:br/>
        <w:t xml:space="preserve">        "path": "",</w:t>
        <w:br/>
        <w:t xml:space="preserve">        "playerId": 0,</w:t>
        <w:br/>
        <w:t xml:space="preserve">        "playerName": "",</w:t>
        <w:br/>
        <w:t xml:space="preserve">        "transGroupId": 0,</w:t>
        <w:br/>
        <w:t xml:space="preserve">        "transGroupName": "",</w:t>
        <w:br/>
        <w:t xml:space="preserve">        "userId":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Category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展示时的CSS类名 字段：css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分类的图标 字段：icon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同级排序，由小到大 字段：ordered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分类ID路径 字段：path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 字段：player_id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播放器名称 字段：player_name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转码模板组ID 字段：trans_group_id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转码模板组名称 字段：trans_group_name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 字段：user_id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WrappedResponseV2«Category»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deleteCategory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:删除指定的分类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获取视频分类接口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:获取视频分类接口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要查找的分类ID，不提交时表示获取所有分类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"cataId": 0,</w:t>
        <w:br/>
        <w:t xml:space="preserve">            "cataName": "",</w:t>
        <w:br/>
        <w:t xml:space="preserve">            "children": {</w:t>
        <w:br/>
        <w:t xml:space="preserve">                "childrenList": [</w:t>
        <w:br/>
        <w:t xml:space="preserve">                    {}</w:t>
        <w:br/>
        <w:t xml:space="preserve">                ],</w:t>
        <w:br/>
        <w:t xml:space="preserve">                "subTotal": 0</w:t>
        <w:br/>
        <w:t xml:space="preserve">            },</w:t>
        <w:br/>
        <w:t xml:space="preserve">            "level": 0,</w:t>
        <w:br/>
        <w:t xml:space="preserve">            "parentId": 0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CataNode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children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CataChildren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CataChildren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childrenList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subTotal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WrappedResponseV2«List«CataNode»»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修改分类名称接口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:修改分类名称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修改后的分类名称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根据视频vid获取视频信息接口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:根据视频vid获取视频信息接口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/vod/v1/video/get-videos-info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需要获取的信息，不提交表示获取所有，取值为：basicInfo:基本信息，metaData:源视频信息，transcodeInfo:转码信息，snapshotInfo:截图信息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需要查询的视频ID，多个ID(用英文逗号隔开)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"basicInfo": {</w:t>
        <w:br/>
        <w:t xml:space="preserve">                "cateId": 0,</w:t>
        <w:br/>
        <w:t xml:space="preserve">                "cateName": "",</w:t>
        <w:br/>
        <w:t xml:space="preserve">                "coverUrl": "",</w:t>
        <w:br/>
        <w:t xml:space="preserve">                "createdTime": 0,</w:t>
        <w:br/>
        <w:t xml:space="preserve">                "description": "",</w:t>
        <w:br/>
        <w:t xml:space="preserve">                "duration": 0,</w:t>
        <w:br/>
        <w:t xml:space="preserve">                "size": 0,</w:t>
        <w:br/>
        <w:t xml:space="preserve">                "status": "",</w:t>
        <w:br/>
        <w:t xml:space="preserve">                "statusText": "",</w:t>
        <w:br/>
        <w:t xml:space="preserve">                "tags": "",</w:t>
        <w:br/>
        <w:t xml:space="preserve">                "title": "",</w:t>
        <w:br/>
        <w:t xml:space="preserve">                "updateTime": 0,</w:t>
        <w:br/>
        <w:t xml:space="preserve">                "uploader": "",</w:t>
        <w:br/>
        <w:t xml:space="preserve">                "vid": ""</w:t>
        <w:br/>
        <w:t xml:space="preserve">            },</w:t>
        <w:br/>
        <w:t xml:space="preserve">            "metaData": {</w:t>
        <w:br/>
        <w:t xml:space="preserve">                "bitrate": 0,</w:t>
        <w:br/>
        <w:t xml:space="preserve">                "codec": "",</w:t>
        <w:br/>
        <w:t xml:space="preserve">                "duration": 0,</w:t>
        <w:br/>
        <w:t xml:space="preserve">                "format": "",</w:t>
        <w:br/>
        <w:t xml:space="preserve">                "fps": "",</w:t>
        <w:br/>
        <w:t xml:space="preserve">                "height": 0,</w:t>
        <w:br/>
        <w:t xml:space="preserve">                "size": 0,</w:t>
        <w:br/>
        <w:t xml:space="preserve">                "width": 0</w:t>
        <w:br/>
        <w:t xml:space="preserve">            },</w:t>
        <w:br/>
        <w:t xml:space="preserve">            "snapshotInfo": [],</w:t>
        <w:br/>
        <w:t xml:space="preserve">            "transcodeInfo": [</w:t>
        <w:br/>
        <w:t xml:space="preserve">                {</w:t>
        <w:br/>
        <w:t xml:space="preserve">                    "bitrate": 0,</w:t>
        <w:br/>
        <w:t xml:space="preserve">                    "definition": "",</w:t>
        <w:br/>
        <w:t xml:space="preserve">                    "definitionText": "",</w:t>
        <w:br/>
        <w:t xml:space="preserve">                    "duration": 0,</w:t>
        <w:br/>
        <w:t xml:space="preserve">                    "encrypt": true,</w:t>
        <w:br/>
        <w:t xml:space="preserve">                    "encryptType": "",</w:t>
        <w:br/>
        <w:t xml:space="preserve">                    "format": "",</w:t>
        <w:br/>
        <w:t xml:space="preserve">                    "height": 0,</w:t>
        <w:br/>
        <w:t xml:space="preserve">                    "playUrl": "",</w:t>
        <w:br/>
        <w:t xml:space="preserve">                    "size": 0,</w:t>
        <w:br/>
        <w:t xml:space="preserve">                    "status": "",</w:t>
        <w:br/>
        <w:t xml:space="preserve">                    "width": 0</w:t>
        <w:br/>
        <w:t xml:space="preserve">                }</w:t>
        <w:br/>
        <w:t xml:space="preserve">            ],</w:t>
        <w:br/>
        <w:t xml:space="preserve">            "vid":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VideoDetailInfoModel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VideoDetailInfoModel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VideoBasicInfo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视频元信息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VideoMetaData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视频转码信息列表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VideoTranscodeInfo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VideoBasicInfo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13位时间戳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 单位 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视频状态，取值参考：  CREATED 已创建 UPLOADING 上传中 UPLOAD_FAIL 上传失败 UPLOAD_SUCCESS 上传成功 TRANSCODING 转码中 TRANSCODE_FAIL 转码失败 CHECKING 审核中 BLOCKED 屏蔽 NORMAL 正常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视频状态中文描述值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视频标签，多个标签用英文逗号","分隔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 13位间戳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上传员账号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VideoMetaData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视频码率，单位bps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视频格式，如 mp4、flv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 格式：25/1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视频分辨率高，单位px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 单位 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视频分辨率宽，单位px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VideoTranscodeInfo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视频码率，单位bps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视频清晰度，取值为：  SOURCE 原始文件 LD 流畅 SD 标清 HD 高清 FHD 超清 OD 原画 4K 4K SQ 普通音质 HQ 高音质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视频清晰度中文描述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视频格式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视频分辨率高，单位px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视频流播放地址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视频流状态,取值：normal 正常；unavailable 不可用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视频分辨率宽，单位px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WrappedResponseV2«List«VideoDetailInfoModel»»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搜索视频接口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:搜索视频接口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根据条件搜索获取包含视频基本信息的分页列表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/vod/v1/video/search-videos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categoryIdList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视频所属分类ID，多个ID用英文逗号分隔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结束时间。格式为：yyyy-MM-dd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includingDeleted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是否包括已删除的视频。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搜索关键词。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排序条件,取值：create_asc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分页展示：当前第几页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分页展示：每页最多显示多少条记录，默认为25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开始时间。格式为：yyyy-MM-dd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视频状态。取值参考：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上传者邮箱账号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"cateId": 0,</w:t>
        <w:br/>
        <w:t xml:space="preserve">                "cateName": "",</w:t>
        <w:br/>
        <w:t xml:space="preserve">                "coverUrl": "",</w:t>
        <w:br/>
        <w:t xml:space="preserve">                "createdTime": 0,</w:t>
        <w:br/>
        <w:t xml:space="preserve">                "description": "",</w:t>
        <w:br/>
        <w:t xml:space="preserve">                "duration": 0,</w:t>
        <w:br/>
        <w:t xml:space="preserve">                "size": 0,</w:t>
        <w:br/>
        <w:t xml:space="preserve">                "status": "",</w:t>
        <w:br/>
        <w:t xml:space="preserve">                "statusText": "",</w:t>
        <w:br/>
        <w:t xml:space="preserve">                "tags": "",</w:t>
        <w:br/>
        <w:t xml:space="preserve">                "title": "",</w:t>
        <w:br/>
        <w:t xml:space="preserve">                "updateTime": 0,</w:t>
        <w:br/>
        <w:t xml:space="preserve">                "uploader": "",</w:t>
        <w:br/>
        <w:t xml:space="preserve">                "vid": ""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"hasNextPage": true,</w:t>
        <w:br/>
        <w:t xml:space="preserve">        "hasPreviousPage":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"previousPageNumber":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Page«VideoBasicInfo»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Page«VideoBasicInfo»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VideoBasicInfo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hasPreviousPage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previousPageNumber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VideoBasicInfo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13位时间戳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 单位 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视频状态，取值参考：  CREATED 已创建 UPLOADING 上传中 UPLOAD_FAIL 上传失败 UPLOAD_SUCCESS 上传成功 TRANSCODING 转码中 TRANSCODE_FAIL 转码失败 CHECKING 审核中 BLOCKED 屏蔽 NORMAL 正常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视频状态中文描述值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视频标签，多个标签用英文逗号","分隔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 13位间戳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上传员账号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WrappedResponseV2«Page«VideoBasicInfo»»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获取域名统计接口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:获取域名统计接口。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/vod/v1/statistic/domain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"domain":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"userId":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DomainDailyStats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WrappedResponseV2«List«DomainDailyStats»»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导出域名统计接口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:导出域名统计接口。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/vod/v1/statistic/domain/export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查询播放时长统计接口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:查询播放时长统计接口。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/vod/v1/statistic/playduration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"currentDay": "",</w:t>
        <w:br/>
        <w:t xml:space="preserve">            "mobilePerAveragePlayDuration": 0,</w:t>
        <w:br/>
        <w:t xml:space="preserve">            "mobilePlayDuration": 0,</w:t>
        <w:br/>
        <w:t xml:space="preserve">            "mobileVideoAveragePlayDuration": 0,</w:t>
        <w:br/>
        <w:t xml:space="preserve">            "pcPerAveragePlayDuration": 0,</w:t>
        <w:br/>
        <w:t xml:space="preserve">            "pcPlayDuration": 0,</w:t>
        <w:br/>
        <w:t xml:space="preserve">            "pcVideoAveragePlayDuration": 0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PlayDurationStatsModel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PlayDurationStatsModel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mobilePerAveragePlayDuration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移动端人均观看时长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移动端视频平均观看时长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pcPerAveragePlayDuration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pc人均观看时长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pc视频平均观看时长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WrappedResponseV2«List«PlayDurationStatsModel»»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导出播放时长统计接口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:导出播放时长统计接口。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/vod/v1/statistic/playduration/export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播放量列表接口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:播放量列表接口。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"percent10": 0,</w:t>
        <w:br/>
        <w:t xml:space="preserve">            "percent100": 0,</w:t>
        <w:br/>
        <w:t xml:space="preserve">            "percent20": 0,</w:t>
        <w:br/>
        <w:t xml:space="preserve">            "percent30": 0,</w:t>
        <w:br/>
        <w:t xml:space="preserve">            "percent40": 0,</w:t>
        <w:br/>
        <w:t xml:space="preserve">            "percent50": 0,</w:t>
        <w:br/>
        <w:t xml:space="preserve">            "percent60": 0,</w:t>
        <w:br/>
        <w:t xml:space="preserve">            "percent70": 0,</w:t>
        <w:br/>
        <w:t xml:space="preserve">            "percent80": 0,</w:t>
        <w:br/>
        <w:t xml:space="preserve">            "percent90": 0,</w:t>
        <w:br/>
        <w:t xml:space="preserve">            "userId":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观看20%的比例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观看30%的比例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观看40%的比例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percent50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观看50%的比例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percent60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观看60%的比例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percent70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观看70%的比例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观看80%的比例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percent90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观看90%的比例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WrappedResponseV2«List«UserDailyStats»»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导出播放量接口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:导出播放量接口。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播放量排行榜接口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:播放量排行榜接口（前100位）。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/vod/v1/statistic/visitor/rank/top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"totalVideoView": 0,</w:t>
        <w:br/>
        <w:t xml:space="preserve">        "videoViewModels": [</w:t>
        <w:br/>
        <w:t xml:space="preserve">            {</w:t>
        <w:br/>
        <w:t xml:space="preserve">                "duration": 0,</w:t>
        <w:br/>
        <w:t xml:space="preserve">                "imageUrl": "",</w:t>
        <w:br/>
        <w:t xml:space="preserve">                "title": "",</w:t>
        <w:br/>
        <w:t xml:space="preserve">                "videoId": "",</w:t>
        <w:br/>
        <w:t xml:space="preserve">                "videoView": 0</w:t>
        <w:br/>
        <w:t xml:space="preserve">            }</w:t>
        <w:br/>
        <w:t xml:space="preserve">        ]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VideoViewTopModel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VideoViewTopModel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videoViewModels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VideoViewModelBean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VideoViewModelBean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WrappedResponseV2«VideoViewTopModel»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导出汇总播放量排行接口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:导出汇总播放量排行接口（前100位）。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/vod/v1/statistic/visitor/rank/top/export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数据汇总接口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:数据汇总接口。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/vod/v1/statistic/overview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"mobileFlowSize": 0,</w:t>
        <w:br/>
        <w:t xml:space="preserve">        "mobilePlayDuration": 0,</w:t>
        <w:br/>
        <w:t xml:space="preserve">        "mobileUniqueViewer": 0,</w:t>
        <w:br/>
        <w:t xml:space="preserve">        "mobileVideoView": 0,</w:t>
        <w:br/>
        <w:t xml:space="preserve">        "pcFlowSize": 0,</w:t>
        <w:br/>
        <w:t xml:space="preserve">        "pcPlayDuration": 0,</w:t>
        <w:br/>
        <w:t xml:space="preserve">        "pcUniqueViewer": 0,</w:t>
        <w:br/>
        <w:t xml:space="preserve">        "pcVideoView": 0,</w:t>
        <w:br/>
        <w:t xml:space="preserve">        "userId":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移动端唯一观看人数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概览数据汇总接口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:概览数据汇总接口。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/vod/v1/statistic/overview/summary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"totalPlayDuration": 0,</w:t>
        <w:br/>
        <w:t xml:space="preserve">        "totalSpace": 0,</w:t>
        <w:br/>
        <w:t xml:space="preserve">        "totalVideo": 0,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StatsTotalSummary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StatsTotalSummary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空间大小（单位：byte）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WrappedResponseV2«StatsTotalSummary»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获取终端设备统计接口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:终端设备统计接口。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"end": "",</w:t>
        <w:br/>
        <w:t xml:space="preserve">        "start": "",</w:t>
        <w:br/>
        <w:t xml:space="preserve">        "stats":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"percent10": 0,</w:t>
        <w:br/>
        <w:t xml:space="preserve">            "percent100": 0,</w:t>
        <w:br/>
        <w:t xml:space="preserve">            "percent20": 0,</w:t>
        <w:br/>
        <w:t xml:space="preserve">            "percent30": 0,</w:t>
        <w:br/>
        <w:t xml:space="preserve">            "percent40": 0,</w:t>
        <w:br/>
        <w:t xml:space="preserve">            "percent50": 0,</w:t>
        <w:br/>
        <w:t xml:space="preserve">            "percent60": 0,</w:t>
        <w:br/>
        <w:t xml:space="preserve">            "percent70": 0,</w:t>
        <w:br/>
        <w:t xml:space="preserve">            "percent80": 0,</w:t>
        <w:br/>
        <w:t xml:space="preserve">            "percent90": 0,</w:t>
        <w:br/>
        <w:t xml:space="preserve">            "userId": ""</w:t>
        <w:br/>
        <w:t xml:space="preserve">        },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StatsSummaryModel«UserDailyStats»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StatsSummaryModel«UserDailyStats»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观看20%的比例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观看30%的比例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观看40%的比例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percent50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观看50%的比例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percent60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观看60%的比例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percent70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观看70%的比例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观看80%的比例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percent90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观看90%的比例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WrappedResponseV2«StatsSummaryModel«UserDailyStats»»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浏览器统计接口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:浏览器统计接口。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/vod/v1/statistic/device/browser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"end": "",</w:t>
        <w:br/>
        <w:t xml:space="preserve">        "start": "",</w:t>
        <w:br/>
        <w:t xml:space="preserve">        "stats": [</w:t>
        <w:br/>
        <w:t xml:space="preserve">            {</w:t>
        <w:br/>
        <w:t xml:space="preserve">                "browser": "",</w:t>
        <w:br/>
        <w:t xml:space="preserve">                "createdTime": "",</w:t>
        <w:br/>
        <w:t xml:space="preserve">                "currentDay": "",</w:t>
        <w:br/>
        <w:t xml:space="preserve">                "currentMonth": "",</w:t>
        <w:br/>
        <w:t xml:space="preserve">                "currentWeek": "",</w:t>
        <w:br/>
        <w:t xml:space="preserve">                "lastModified": "",</w:t>
        <w:br/>
        <w:t xml:space="preserve">                "mobileFlowSize": 0,</w:t>
        <w:br/>
        <w:t xml:space="preserve">                "mobilePlayDuration": 0,</w:t>
        <w:br/>
        <w:t xml:space="preserve">                "mobileUniqueViewer": 0,</w:t>
        <w:br/>
        <w:t xml:space="preserve">                "mobileVideoView": 0,</w:t>
        <w:br/>
        <w:t xml:space="preserve">                "pcFlowSize": 0,</w:t>
        <w:br/>
        <w:t xml:space="preserve">                "pcPlayDuration": 0,</w:t>
        <w:br/>
        <w:t xml:space="preserve">                "pcUniqueViewer": 0,</w:t>
        <w:br/>
        <w:t xml:space="preserve">                "pcVideoView": 0,</w:t>
        <w:br/>
        <w:t xml:space="preserve">                "userId": ""</w:t>
        <w:br/>
        <w:t xml:space="preserve">            }</w:t>
        <w:br/>
        <w:t xml:space="preserve">        ],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StatsSummaryModel«List«BrowserDailyStats»»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StatsSummaryModel«List«BrowserDailyStats»»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BrowserDailyStats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WrappedResponseV2«StatsSummaryModel«List«BrowserDailyStats»»»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导出浏览器统计接口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:导出浏览器统计接口。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/vod/v1/statistic/device/browser/export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导出终端设备统计接口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:导出终端设备统计接口。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操作系统统计数据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:操作系统统计数据。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/vod/v1/statistic/device/os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"end": "",</w:t>
        <w:br/>
        <w:t xml:space="preserve">        "start": "",</w:t>
        <w:br/>
        <w:t xml:space="preserve">        "stats": [</w:t>
        <w:br/>
        <w:t xml:space="preserve">            {</w:t>
        <w:br/>
        <w:t xml:space="preserve">                "createdTime": "",</w:t>
        <w:br/>
        <w:t xml:space="preserve">                "currentDay": "",</w:t>
        <w:br/>
        <w:t xml:space="preserve">                "currentMonth": "",</w:t>
        <w:br/>
        <w:t xml:space="preserve">                "currentWeek": "",</w:t>
        <w:br/>
        <w:t xml:space="preserve">                "lastModified": "",</w:t>
        <w:br/>
        <w:t xml:space="preserve">                "mobileFlowSize": 0,</w:t>
        <w:br/>
        <w:t xml:space="preserve">                "mobilePlayDuration": 0,</w:t>
        <w:br/>
        <w:t xml:space="preserve">                "mobileUniqueViewer": 0,</w:t>
        <w:br/>
        <w:t xml:space="preserve">                "mobileVideoView": 0,</w:t>
        <w:br/>
        <w:t xml:space="preserve">                "operatingSystem": "",</w:t>
        <w:br/>
        <w:t xml:space="preserve">                "pcFlowSize": 0,</w:t>
        <w:br/>
        <w:t xml:space="preserve">                "pcPlayDuration": 0,</w:t>
        <w:br/>
        <w:t xml:space="preserve">                "pcUniqueViewer": 0,</w:t>
        <w:br/>
        <w:t xml:space="preserve">                "pcVideoView": 0,</w:t>
        <w:br/>
        <w:t xml:space="preserve">                "userId": ""</w:t>
        <w:br/>
        <w:t xml:space="preserve">            }</w:t>
        <w:br/>
        <w:t xml:space="preserve">        ],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StatsSummaryModel«List«OsDailyStats»»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StatsSummaryModel«List«OsDailyStats»»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OsDailyStats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WrappedResponseV2«StatsSummaryModel«List«OsDailyStats»»»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导出操作系统统计接口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:导出操作系统统计接口。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/vod/v1/statistic/device/os/export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查询地域分布统计接口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:查询地域分布统计接口。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/vod/v1/statistic/geo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"province": "",</w:t>
        <w:br/>
        <w:t xml:space="preserve">            "userId":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ProvinceDailyStats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WrappedResponseV2«List«ProvinceDailyStats»»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导出地域分布统计接口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:导出地域分布统计接口。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/vod/v1/statistic/geo/export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获取播放域名设置信息接口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:获取播放域名设置信息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/vod/v1/play-safe/info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"blackList": "",</w:t>
        <w:br/>
        <w:t xml:space="preserve">        "securitySetting": "",</w:t>
        <w:br/>
        <w:t xml:space="preserve">        "userId": "",</w:t>
        <w:br/>
        <w:t xml:space="preserve">        "whiteList":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PlayDomainDTO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PlayDomainDTO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黑名单,可添加多个用逗号隔开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播放限制设置选项， none:无限制，white：白名单，black:黑名单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白名单,可添加多个用逗号隔开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WrappedResponseV2«PlayDomainDTO»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新增或修改播放域名限制接口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:新增或修改播放域名限制接口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/vod/v1/play-safe/save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blackList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黑名单,可添加多个用逗号隔开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securitySetting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播放限制设置选项,none:无限制，white：白名单，black:黑名单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白名单,可添加多个用逗号隔开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添加水印设置接口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:添加水印设置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/vod/v1/transcoding/create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"bucketName": "",</w:t>
        <w:br/>
        <w:t xml:space="preserve">        "content": "",</w:t>
        <w:br/>
        <w:t xml:space="preserve">        "fileName": "",</w:t>
        <w:br/>
        <w:t xml:space="preserve">        "fontAlpha": 0,</w:t>
        <w:br/>
        <w:t xml:space="preserve">        "fontColor": "",</w:t>
        <w:br/>
        <w:t xml:space="preserve">        "fontName": "",</w:t>
        <w:br/>
        <w:t xml:space="preserve">        "fontSize": 0,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"imageDxUnit": "",</w:t>
        <w:br/>
        <w:t xml:space="preserve">        "imageDxValue": 0,</w:t>
        <w:br/>
        <w:t xml:space="preserve">        "imageDyUnit": "",</w:t>
        <w:br/>
        <w:t xml:space="preserve">        "imageDyValue": 0,</w:t>
        <w:br/>
        <w:t xml:space="preserve">        "imageHeightUnit": "",</w:t>
        <w:br/>
        <w:t xml:space="preserve">        "imageHeightValue": 0,</w:t>
        <w:br/>
        <w:t xml:space="preserve">        "imagePosition": "",</w:t>
        <w:br/>
        <w:t xml:space="preserve">        "imageWidthUnit": "",</w:t>
        <w:br/>
        <w:t xml:space="preserve">        "imageWidthValue": 0,</w:t>
        <w:br/>
        <w:t xml:space="preserve">        "isDefault": true,</w:t>
        <w:br/>
        <w:t xml:space="preserve">        "isDeleted": true,</w:t>
        <w:br/>
        <w:t xml:space="preserve">        "name": "",</w:t>
        <w:br/>
        <w:t xml:space="preserve">        "storageSystem": "",</w:t>
        <w:br/>
        <w:t xml:space="preserve">        "textDx": 0,</w:t>
        <w:br/>
        <w:t xml:space="preserve">        "textDy": 0,</w:t>
        <w:br/>
        <w:t xml:space="preserve">        "type":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WrappedResponseV2«TranscodingWatermark»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需要删除的水印设置id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通过ID获取水印设置接口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:通过ID获取水印设置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获取水印设置id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"bucketName": "",</w:t>
        <w:br/>
        <w:t xml:space="preserve">        "content": "",</w:t>
        <w:br/>
        <w:t xml:space="preserve">        "fileName": "",</w:t>
        <w:br/>
        <w:t xml:space="preserve">        "fontAlpha": 0,</w:t>
        <w:br/>
        <w:t xml:space="preserve">        "fontColor": "",</w:t>
        <w:br/>
        <w:t xml:space="preserve">        "fontName": "",</w:t>
        <w:br/>
        <w:t xml:space="preserve">        "fontSize": 0,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"imageDxUnit": "",</w:t>
        <w:br/>
        <w:t xml:space="preserve">        "imageDxValue": 0,</w:t>
        <w:br/>
        <w:t xml:space="preserve">        "imageDyUnit": "",</w:t>
        <w:br/>
        <w:t xml:space="preserve">        "imageDyValue": 0,</w:t>
        <w:br/>
        <w:t xml:space="preserve">        "imageHeightUnit": "",</w:t>
        <w:br/>
        <w:t xml:space="preserve">        "imageHeightValue": 0,</w:t>
        <w:br/>
        <w:t xml:space="preserve">        "imagePosition": "",</w:t>
        <w:br/>
        <w:t xml:space="preserve">        "imageWidthUnit": "",</w:t>
        <w:br/>
        <w:t xml:space="preserve">        "imageWidthValue": 0,</w:t>
        <w:br/>
        <w:t xml:space="preserve">        "isDefault": true,</w:t>
        <w:br/>
        <w:t xml:space="preserve">        "isDeleted": true,</w:t>
        <w:br/>
        <w:t xml:space="preserve">        "name": "",</w:t>
        <w:br/>
        <w:t xml:space="preserve">        "storageSystem": "",</w:t>
        <w:br/>
        <w:t xml:space="preserve">        "textDx": 0,</w:t>
        <w:br/>
        <w:t xml:space="preserve">        "textDy": 0,</w:t>
        <w:br/>
        <w:t xml:space="preserve">        "type":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WrappedResponseV2«TranscodingWatermark»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获取水印设置列表接口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:获取水印设置列表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"bucketName": "",</w:t>
        <w:br/>
        <w:t xml:space="preserve">            "content": "",</w:t>
        <w:br/>
        <w:t xml:space="preserve">            "fileName": "",</w:t>
        <w:br/>
        <w:t xml:space="preserve">            "fontAlpha": 0,</w:t>
        <w:br/>
        <w:t xml:space="preserve">            "fontColor": "",</w:t>
        <w:br/>
        <w:t xml:space="preserve">            "fontName": "",</w:t>
        <w:br/>
        <w:t xml:space="preserve">            "fontSize": 0,</w:t>
        <w:br/>
        <w:t xml:space="preserve">            "gmtCreate": "",</w:t>
        <w:br/>
        <w:t xml:space="preserve">            "gmtModified": "",</w:t>
        <w:br/>
        <w:t xml:space="preserve">            "id": 0,</w:t>
        <w:br/>
        <w:t xml:space="preserve">            "imageDxUnit": "",</w:t>
        <w:br/>
        <w:t xml:space="preserve">            "imageDxValue": 0,</w:t>
        <w:br/>
        <w:t xml:space="preserve">            "imageDyUnit": "",</w:t>
        <w:br/>
        <w:t xml:space="preserve">            "imageDyValue": 0,</w:t>
        <w:br/>
        <w:t xml:space="preserve">            "imageHeightUnit": "",</w:t>
        <w:br/>
        <w:t xml:space="preserve">            "imageHeightValue": 0,</w:t>
        <w:br/>
        <w:t xml:space="preserve">            "imagePosition": "",</w:t>
        <w:br/>
        <w:t xml:space="preserve">            "imagePositionDesc": "",</w:t>
        <w:br/>
        <w:t xml:space="preserve">            "imageUrl": "",</w:t>
        <w:br/>
        <w:t xml:space="preserve">            "imageWidthUnit": "",</w:t>
        <w:br/>
        <w:t xml:space="preserve">            "imageWidthValue": 0,</w:t>
        <w:br/>
        <w:t xml:space="preserve">            "isDefault": true,</w:t>
        <w:br/>
        <w:t xml:space="preserve">            "isDeleted": true,</w:t>
        <w:br/>
        <w:t xml:space="preserve">            "name": "",</w:t>
        <w:br/>
        <w:t xml:space="preserve">            "storageSystem": "",</w:t>
        <w:br/>
        <w:t xml:space="preserve">            "textDx": 0,</w:t>
        <w:br/>
        <w:t xml:space="preserve">            "textDy": 0,</w:t>
        <w:br/>
        <w:t xml:space="preserve">            "type":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水印位置的中文描述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水印图片的访问URL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WrappedResponseV2«List«TranscodingWatermarkDTO»»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分页获取水印设置列表接口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:分页获取水印设置列表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/vod/v1/transcoding/list-by-page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"bucketName": "",</w:t>
        <w:br/>
        <w:t xml:space="preserve">                "content": "",</w:t>
        <w:br/>
        <w:t xml:space="preserve">                "fileName": "",</w:t>
        <w:br/>
        <w:t xml:space="preserve">                "fontAlpha": 0,</w:t>
        <w:br/>
        <w:t xml:space="preserve">                "fontColor": "",</w:t>
        <w:br/>
        <w:t xml:space="preserve">                "fontName": "",</w:t>
        <w:br/>
        <w:t xml:space="preserve">                "fontSize": 0,</w:t>
        <w:br/>
        <w:t xml:space="preserve">                "gmtCreate": "",</w:t>
        <w:br/>
        <w:t xml:space="preserve">                "gmtModified": "",</w:t>
        <w:br/>
        <w:t xml:space="preserve">                "id": 0,</w:t>
        <w:br/>
        <w:t xml:space="preserve">                "imageDxUnit": "",</w:t>
        <w:br/>
        <w:t xml:space="preserve">                "imageDxValue": 0,</w:t>
        <w:br/>
        <w:t xml:space="preserve">                "imageDyUnit": "",</w:t>
        <w:br/>
        <w:t xml:space="preserve">                "imageDyValue": 0,</w:t>
        <w:br/>
        <w:t xml:space="preserve">                "imageHeightUnit": "",</w:t>
        <w:br/>
        <w:t xml:space="preserve">                "imageHeightValue": 0,</w:t>
        <w:br/>
        <w:t xml:space="preserve">                "imagePosition": "",</w:t>
        <w:br/>
        <w:t xml:space="preserve">                "imageWidthUnit": "",</w:t>
        <w:br/>
        <w:t xml:space="preserve">                "imageWidthValue": 0,</w:t>
        <w:br/>
        <w:t xml:space="preserve">                "isDefault": true,</w:t>
        <w:br/>
        <w:t xml:space="preserve">                "isDeleted": true,</w:t>
        <w:br/>
        <w:t xml:space="preserve">                "name": "",</w:t>
        <w:br/>
        <w:t xml:space="preserve">                "storageSystem": "",</w:t>
        <w:br/>
        <w:t xml:space="preserve">                "textDx": 0,</w:t>
        <w:br/>
        <w:t xml:space="preserve">                "textDy": 0,</w:t>
        <w:br/>
        <w:t xml:space="preserve">                "type": ""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"hasNextPage": true,</w:t>
        <w:br/>
        <w:t xml:space="preserve">        "hasPreviousPage":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"previousPageNumber":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Page«TranscodingWatermark»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Page«TranscodingWatermark»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hasPreviousPage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previousPageNumber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WrappedResponseV2«Page«TranscodingWatermark»»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设置为默认水印接口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:设置水印为默认水印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/vod/v1/transcoding/set-default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需要设置默认的水印设置id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修改水印设置接口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:修改水印设置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["*/*"]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test-download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