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分页查询用户下所有频道接口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http://api.polyv.net/live/v3/channel/management/query-list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1、作用：分页获取用户下所有频道信息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每页显示的数据条数，默认每页显示1000条数据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创建日期查询开始日期，格式：yyyy-MM-dd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创建日志查询结束日期，格式：yyyy-MM-dd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分类目录ID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频道ID,多个频道ID 用英文逗号,隔开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频道状态,取值：live（直播中）、end（直播结束）、playback（回放中）、waiting（等待直播）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liveTimeStart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按照直播开始时间查询的开始时间戳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liveTimeEnd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按照直播开始时间查询的结束时间戳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listOrderBy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列表排序分类规则：createTime 频道创建日期（默认） ，startTime-desc 直播时间降序 startTime-asc 直播时间升序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watchInfoEnabled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是否输出频道对应的点赞数和观看页pv数，Y表示需要，N表示不需要，默认不需要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code: 200,</w:t>
        <w:br/>
        <w:t>status: "success",</w:t>
        <w:br/>
        <w:t>message: "",</w:t>
        <w:br/>
        <w:t>data: {</w:t>
        <w:br/>
        <w:t>pageSize: 5,</w:t>
        <w:br/>
        <w:t>pageNumber: 1,</w:t>
        <w:br/>
        <w:t>totalItems: 67,</w:t>
        <w:br/>
        <w:t>contents: [</w:t>
        <w:br/>
        <w:t>{</w:t>
        <w:br/>
        <w:t>channelId: 306336,</w:t>
        <w:br/>
        <w:t>name: "测试弹幕转存",</w:t>
        <w:br/>
        <w:t>channelPasswd: "123",</w:t>
        <w:br/>
        <w:t>status: "end",</w:t>
        <w:br/>
        <w:t>statusDiscription: "暂无直播",</w:t>
        <w:br/>
        <w:t>createdTime: 1554266407000,</w:t>
        <w:br/>
        <w:t>appId:"dddd",</w:t>
        <w:br/>
        <w:t>coverImage:null</w:t>
        <w:br/>
        <w:t>},</w:t>
        <w:br/>
        <w:t>{</w:t>
        <w:br/>
        <w:t>channelId: 302478,</w:t>
        <w:br/>
        <w:t>name: "云课堂的推流测试",</w:t>
        <w:br/>
        <w:t>channelPasswd: "123",</w:t>
        <w:br/>
        <w:t>status: "end",</w:t>
        <w:br/>
        <w:t>statusDiscription: "暂无直播",</w:t>
        <w:br/>
        <w:t>createdTime: 1553582996000,</w:t>
        <w:br/>
        <w:t>appId:"dddd",</w:t>
        <w:br/>
        <w:t>coverImage:null,</w:t>
        <w:br/>
        <w:t>"startTime": null,</w:t>
        <w:br/>
        <w:t>"teacherName": "讲师名称",</w:t>
        <w:br/>
        <w:t>"teacherActor": "讲师昵称"</w:t>
        <w:br/>
        <w:t>},</w:t>
        <w:br/>
        <w:t>{</w:t>
        <w:br/>
        <w:t>channelId: 302232,</w:t>
        <w:br/>
        <w:t>name: "直播助手推流测试",</w:t>
        <w:br/>
        <w:t>channelPasswd: "123",</w:t>
        <w:br/>
        <w:t>status: "end",</w:t>
        <w:br/>
        <w:t>statusDiscription: "暂无直播",</w:t>
        <w:br/>
        <w:t>createdTime: 1553563146000,</w:t>
        <w:br/>
        <w:t>appId:"dddd",</w:t>
        <w:br/>
        <w:t>coverImage:null,</w:t>
        <w:br/>
        <w:t>"startTime": null,</w:t>
        <w:br/>
        <w:t>"teacherName": "讲师名称",</w:t>
        <w:br/>
        <w:t>"teacherActor": "讲师昵称"</w:t>
        <w:br/>
        <w:t>},</w:t>
        <w:br/>
        <w:t>{</w:t>
        <w:br/>
        <w:t>channelId: 290822,</w:t>
        <w:br/>
        <w:t>name: "电动蝶阀",</w:t>
        <w:br/>
        <w:t>channelPasswd: "123",</w:t>
        <w:br/>
        <w:t>status: "end",</w:t>
        <w:br/>
        <w:t>statusDiscription: "暂无直播",</w:t>
        <w:br/>
        <w:t>createdTime: 1551456110000,</w:t>
        <w:br/>
        <w:t>appId:"dddd",</w:t>
        <w:br/>
        <w:t>coverImage:null,</w:t>
        <w:br/>
        <w:t>"startTime": null,</w:t>
        <w:br/>
        <w:t>"teacherName": "讲师名称",</w:t>
        <w:br/>
        <w:t>"teacherActor": "讲师昵称"</w:t>
        <w:br/>
        <w:t>},</w:t>
        <w:br/>
        <w:t>{</w:t>
        <w:br/>
        <w:t>channelId: 289542,</w:t>
        <w:br/>
        <w:t>name: "fdfdf",</w:t>
        <w:br/>
        <w:t>channelPasswd: "123",</w:t>
        <w:br/>
        <w:t>status: "end",</w:t>
        <w:br/>
        <w:t>statusDiscription: "暂无直播",</w:t>
        <w:br/>
        <w:t>createdTime: 1551366959000,</w:t>
        <w:br/>
        <w:t>appId:"dddd",</w:t>
        <w:br/>
        <w:t>coverImage:null,</w:t>
        <w:br/>
        <w:t>"startTime": 1552366959000,</w:t>
        <w:br/>
        <w:t>"teacherName": "讲师名称",</w:t>
        <w:br/>
        <w:t>"teacherActor": "讲师昵称"</w:t>
        <w:br/>
        <w:t>}</w:t>
        <w:br/>
        <w:t>],</w:t>
        <w:br/>
        <w:t>startRow: 1,</w:t>
        <w:br/>
        <w:t>firstPage: true,</w:t>
        <w:br/>
        <w:t>lastPage: false,</w:t>
        <w:br/>
        <w:t>nextPageNumber: 2,</w:t>
        <w:br/>
        <w:t>prePageNumber: 1,</w:t>
        <w:br/>
        <w:t>limit: 5,</w:t>
        <w:br/>
        <w:t>endRow: 5,</w:t>
        <w:br/>
        <w:t>totalPages: 14,</w:t>
        <w:br/>
        <w:t>offset: 0</w:t>
        <w:br/>
        <w:t>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响应的状态码，例如：200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频道状态,取值：live（直播中）、end（直播结束）、playback（回放中）、waiting（等待直播）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statusDiscription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频道状态中文描述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长整型，频道创建时间戳（13位）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字符串，应用ID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频道暖场图片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直播开始时间，为null 表示未设置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teacherActor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讲师头衔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当前页第一条记录在总的记录数中的位置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当前页最后一条记录在总的记录数中的位置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当前页的记录个数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$status = "live";</w:t>
        <w:br/>
        <w:t>$startDate = "2019-03-12";</w:t>
        <w:br/>
        <w:t>$endDate = "2019-04-12";</w:t>
        <w:br/>
        <w:t>$page = "1"; //页数</w:t>
        <w:br/>
        <w:t>$pageSize="10";//每页显示的数据</w:t>
        <w:br/>
        <w:br/>
        <w:t>$params = array(</w:t>
        <w:br/>
        <w:t xml:space="preserve">    'appId'=&gt;$appId,</w:t>
        <w:br/>
        <w:tab/>
        <w:t>'startDate'=&gt;$startDate,</w:t>
        <w:br/>
        <w:tab/>
        <w:t>'endDate'=&gt;$endDate,</w:t>
        <w:br/>
        <w:tab/>
        <w:t>'status'=&gt;$status,</w:t>
        <w:br/>
        <w:tab/>
        <w:t>'page'=&gt;$page,</w:t>
        <w:br/>
        <w:tab/>
        <w:t>'pageSize'=&gt;$pageSize,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"http://api.polyv.net/live/v3/channel/management/query-list?appId=$appId&amp;startDate=$startDate&amp;endDate=$endDate&amp;status=$status&amp;page=$page&amp;pageSize=$pageSize&amp;timestamp=$timestamp&amp;sign=$sign";</w:t>
        <w:br/>
        <w:br/>
        <w:t>//输出接口请求结果</w:t>
        <w:br/>
        <w:t>echo file_get_contents($url);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分页查询用户下所有频道接口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