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获取被踢出用户列表信息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http://api.polyv.net/live/v3/channel/chat/list-kicked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1、作用：获取聊天室某个房间号的被踢出用户列表，列表中有踢出ip或踢出用户userid。</w:t>
        <w:br/>
        <w:t>2、接口支持https协议</w:t>
      </w:r>
    </w:p>
    <w:p>
      <w:pPr>
        <w:pStyle w:val="Heading2"/>
      </w:pPr>
      <w:r>
        <w:t>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频道号\房间号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[</w:t>
        <w:br/>
        <w:t xml:space="preserve">        {</w:t>
        <w:br/>
        <w:t xml:space="preserve">            "banned": false,</w:t>
        <w:br/>
        <w:t xml:space="preserve">            "channelId": "329298",</w:t>
        <w:br/>
        <w:t xml:space="preserve">            "clientIp": "61.144.144.182",</w:t>
        <w:br/>
        <w:t xml:space="preserve">            "nick": "123",</w:t>
        <w:br/>
        <w:t xml:space="preserve">            "pic": "//livestatic.videocc.net/assets/wimages/missing_face.png",</w:t>
        <w:br/>
        <w:t xml:space="preserve">            "roomId": "329298",</w:t>
        <w:br/>
        <w:t xml:space="preserve">            "type": "userId",</w:t>
        <w:br/>
        <w:t xml:space="preserve">            "uid": "dvaQMR0iTWv2TYumAABO",</w:t>
        <w:br/>
        <w:t xml:space="preserve">            "userId": "1562134139532",</w:t>
        <w:br/>
        <w:t xml:space="preserve">            "userType": "student"</w:t>
        <w:br/>
        <w:t xml:space="preserve">        }</w:t>
        <w:br/>
        <w:t xml:space="preserve">    ]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响应代码，成功为200，失败为400，签名错误为401，异常错误500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clientIp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用户Ip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昵称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pic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头像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房间号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被踢出类型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socketId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用户userId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用户类型：teacher、student等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?php</w:t>
        <w:br/>
        <w:t>//引用config.php</w:t>
        <w:br/>
        <w:t>include 'config.php';</w:t>
        <w:br/>
        <w:br/>
        <w:t>$params = array(</w:t>
        <w:br/>
        <w:t xml:space="preserve">  'appId' =&gt; $appId,</w:t>
        <w:br/>
        <w:t xml:space="preserve">  'timestamp' =&gt; $timestamp,</w:t>
        <w:br/>
        <w:t xml:space="preserve">  'channelId' =&gt; $channelId</w:t>
        <w:br/>
        <w:t>);</w:t>
        <w:br/>
        <w:br/>
        <w:t>//生成sign</w:t>
        <w:br/>
        <w:t>$sign = getSign($params); //详细查看config.php文件的getSign方法</w:t>
        <w:br/>
        <w:t>$params['sign'] = $sign;</w:t>
        <w:br/>
        <w:br/>
        <w:t>$url = "http://api.polyv.net/live/v3/channel/chat/list-kicked?".http_build_query($params);</w:t>
        <w:br/>
        <w:br/>
        <w:t>$curl = curl_init();</w:t>
        <w:br/>
        <w:t>curl_setopt($curl, CURLOPT_RETURNTRANSFER, true);</w:t>
        <w:br/>
        <w:t>curl_setopt($curl, CURLOPT_TIMEOUT, 500);</w:t>
        <w:br/>
        <w:t>curl_setopt($curl, CURLOPT_URL, $url);</w:t>
        <w:br/>
        <w:t>curl_setopt($curl, CURLOPT_POST, 0);</w:t>
        <w:br/>
        <w:t>$res = curl_exec($curl);</w:t>
        <w:br/>
        <w:t>curl_close($curl);</w:t>
        <w:br/>
        <w:br/>
        <w:t>echo $res;</w:t>
        <w:br/>
        <w:t>?&gt;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获取被踢出用户列表信息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