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获取频道文档列表接口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1、接口用于频道文档列表接口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文档状态，不传查询所有（“normal” ：正常，“waitUpload”：等待上传,“failUpload”：上传失败，"waitConvert":转换PPT中,"failConvert":转换PPT失败）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第几页，默认不传显示第一页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每页显示几条数据，默认不传显示100条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是否展示PPT原文件地址，该参数不传默认不展示，’Y‘：是，’N‘：否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响应成功</w:t>
        <w:br/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ab/>
        <w:t>"pageSize": 10,</w:t>
        <w:br/>
        <w:tab/>
        <w:t>"pageNumber": 1,</w:t>
        <w:br/>
        <w:tab/>
        <w:t>"totalItems": 1,</w:t>
        <w:br/>
        <w:tab/>
        <w:t>"contents": [{</w:t>
        <w:br/>
        <w:tab/>
        <w:tab/>
        <w:t>"autoId": 111111,</w:t>
        <w:br/>
        <w:tab/>
        <w:tab/>
        <w:t>"fileId": "xxxxxxxxx",</w:t>
        <w:br/>
        <w:tab/>
        <w:tab/>
        <w:t>"fileName": "关于xxxx的通知.pdf",</w:t>
        <w:br/>
        <w:tab/>
        <w:tab/>
        <w:t>"fileUrl": "http://doc-2.polyv.net/sources/20190614/xxxxxxxxxxxxxxxxxxxx.pdf",</w:t>
        <w:br/>
        <w:tab/>
        <w:tab/>
        <w:t>"fileType": ".pdf",</w:t>
        <w:br/>
        <w:tab/>
        <w:tab/>
        <w:t>"totalPage": 1,</w:t>
        <w:br/>
        <w:tab/>
        <w:tab/>
        <w:t>"channelId": "254318",</w:t>
        <w:br/>
        <w:tab/>
        <w:tab/>
        <w:t>"status": "normal",</w:t>
        <w:br/>
        <w:tab/>
        <w:tab/>
        <w:t>"createTime": 1560476703000,</w:t>
        <w:br/>
        <w:tab/>
        <w:tab/>
        <w:t>"convertType": "common",</w:t>
        <w:br/>
        <w:tab/>
        <w:tab/>
        <w:t>"type": "new",</w:t>
        <w:br/>
        <w:tab/>
        <w:tab/>
        <w:t>"previewImage": "http://doc-2.polyv.net/images/2019/06/xxxxxxxxxxxxxxxxxxxx/xxxxxxxxxxxxxxxxxxxx_0000_s.jpeg"</w:t>
        <w:br/>
        <w:tab/>
        <w:t>}],</w:t>
        <w:br/>
        <w:tab/>
        <w:t>"startRow": 1,</w:t>
        <w:br/>
        <w:tab/>
        <w:t>"firstPage": true,</w:t>
        <w:br/>
        <w:tab/>
        <w:t>"lastPage": true,</w:t>
        <w:br/>
        <w:tab/>
        <w:t>"nextPageNumber": 1,</w:t>
        <w:br/>
        <w:tab/>
        <w:t>"prePageNumber": 1,</w:t>
        <w:br/>
        <w:tab/>
        <w:t>"totalPages": 1,</w:t>
        <w:br/>
        <w:tab/>
        <w:t>"endRow": 5,</w:t>
        <w:br/>
        <w:tab/>
        <w:t>"limit": 5,</w:t>
        <w:br/>
        <w:tab/>
        <w:t>"offset": 0</w:t>
        <w:br/>
        <w:t>}</w:t>
        <w:br/>
        <w:t>}</w:t>
        <w:br/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分页的文档列表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当前页面内容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data.contents[0].fileName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data.contents[0].fileType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ppt转换状态（“normal” ：正常，“waitUpload”：等待上传,“failUpload”：上传失败，"waitConvert":转换PPT中,"failConvert":转换PPT失败）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data.contents[0].createTime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data.contents[0].convertType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转换类型（"common"："普通PPT"，"animate"： "动画PPT"）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类型，区分旧版PPT还是新版PPT，新版值为“new”，旧版值为“old”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data.contents[0].previewImage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ppt预览小图地址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//接口URL上变量</w:t>
        <w:br/>
        <w:t>$channelId = "123456";</w:t>
        <w:br/>
        <w:t>//接口需要的参数（非sign）赋值</w:t>
        <w:br/>
        <w:t>$params = array(</w:t>
        <w:br/>
        <w:t xml:space="preserve">    'appId'=&gt;$appId,</w:t>
        <w:br/>
        <w:t xml:space="preserve">    'timestamp'=&gt;$timestamp,</w:t>
        <w:br/>
        <w:t xml:space="preserve">    'channelId'=&gt;$channelId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"http://api.polyv.net/live/v3/channel/document/list?appId=".$appId."&amp;sign=".$sign."&amp;timestamp=".$timestamp."&amp;channelId=".$channelId;</w:t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获取频道文档列表接口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