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登录接口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http://{自定义的后台域名}/login-check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1、接口用于登录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调用接口需要的APPID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登录密码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"http://xxxxxxx.xxxxx.com/#/channel"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登录成功后，需要跳转的地址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$email = "xxxxx@xxxx.com";</w:t>
        <w:br/>
        <w:t>$passwd = "123456";</w:t>
        <w:br/>
        <w:t>$params = array(</w:t>
        <w:br/>
        <w:t xml:space="preserve">  'appId' =&gt; $appId,</w:t>
        <w:br/>
        <w:t xml:space="preserve">  'timestamp' =&gt; $timestamp,</w:t>
        <w:br/>
        <w:t xml:space="preserve">  'email' =&gt; $email,</w:t>
        <w:br/>
        <w:t xml:space="preserve">  'passwd' =&gt; $passwd,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"http://{自定义的后台域名}/login-check?".http_build_query($params);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登录接口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