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修改积分打赏开关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http://api.polyv.net/live/v3/channel/donate/update-point-enabled</w:t>
      </w:r>
    </w:p>
    <w:p>
      <w:pPr>
        <w:pStyle w:val="Heading2"/>
      </w:pPr>
      <w:r>
        <w:t>接口说明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1、作用：修改积分打赏开关,不传channelId 修改全局积分打赏开关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2、全局积分打赏开关关闭时，如果开启频道的积分打赏，将会返回失败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3、接口支持https协议</w:t>
      </w:r>
    </w:p>
    <w:p>
      <w:pPr>
        <w:pStyle w:val="Heading2"/>
      </w:pPr>
      <w:r>
        <w:t>请求方式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POST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从API设置中获取，在直播系统登记的appid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donatePointEnabled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积分打赏开关，值为Y/N，必填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频道ID，不传该参数表示修改全局积分打赏开关</w:t>
            </w:r>
          </w:p>
        </w:tc>
      </w:tr>
    </w:tbl>
    <w:p>
      <w:pPr>
        <w:spacing w:after="40"/>
      </w:pPr>
    </w:p>
    <w:p>
      <w:pPr>
        <w:pStyle w:val="Heading2"/>
      </w:pPr>
      <w:r>
        <w:t>响应成功JSON示例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code: 200,</w:t>
        <w:br/>
        <w:t xml:space="preserve">  status: "success",</w:t>
        <w:br/>
        <w:t xml:space="preserve">  message: "",</w:t>
        <w:br/>
        <w:t xml:space="preserve">  data: ""</w:t>
        <w:br/>
        <w:t>}</w:t>
      </w:r>
    </w:p>
    <w:p>
      <w:pPr>
        <w:pStyle w:val="Heading2"/>
      </w:pPr>
      <w:r>
        <w:t>响应异常JSON示例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code: 400,</w:t>
        <w:br/>
        <w:t xml:space="preserve">  status: "error",</w:t>
        <w:br/>
        <w:t xml:space="preserve">  message: "invalid timestamp.",</w:t>
        <w:br/>
        <w:t xml:space="preserve">  data: ""</w:t>
        <w:br/>
        <w:t>}</w:t>
      </w:r>
    </w:p>
    <w:p>
      <w:pPr>
        <w:pStyle w:val="Heading2"/>
      </w:pPr>
      <w:r>
        <w:t>响应参数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http响应状态码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异常错误信息</w:t>
            </w:r>
          </w:p>
        </w:tc>
      </w:tr>
    </w:tbl>
    <w:p>
      <w:pPr>
        <w:spacing w:after="40"/>
      </w:pPr>
    </w:p>
    <w:p>
      <w:pPr>
        <w:pStyle w:val="Heading2"/>
      </w:pPr>
      <w:r>
        <w:t>PHP请求示例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&lt;?php</w:t>
        <w:br/>
        <w:br/>
        <w:t>//引用config.php</w:t>
        <w:br/>
        <w:t>include 'config.php';</w:t>
        <w:br/>
        <w:br/>
        <w:t>//接口需要的参数（非sign）赋值</w:t>
        <w:br/>
        <w:t>$userId = "XXXXXXXX";</w:t>
        <w:br/>
        <w:t>$channelId = "127075";</w:t>
        <w:br/>
        <w:t>$donatePointEnabled = "N";</w:t>
        <w:br/>
        <w:t>$params = array(</w:t>
        <w:br/>
        <w:tab/>
        <w:tab/>
        <w:t>'appId'=&gt;$appId,</w:t>
        <w:br/>
        <w:tab/>
        <w:tab/>
        <w:t>'donatePointEnabled'=&gt;$donatePointEnabled,</w:t>
        <w:br/>
        <w:tab/>
        <w:tab/>
        <w:t>'channelId'=&gt;$channelId,</w:t>
        <w:br/>
        <w:tab/>
        <w:tab/>
        <w:t>'timestamp'=&gt;$timestamp</w:t>
        <w:br/>
        <w:tab/>
        <w:t>);</w:t>
        <w:br/>
        <w:t>//生成sign</w:t>
        <w:br/>
        <w:t>$sign = getSign($params); //详细查看config.php文件的getSign方法</w:t>
        <w:br/>
        <w:br/>
        <w:t>$url="http://api.polyv.net/live/v3/channel/donate/update-point-enabled?appId=$appId&amp;channelId=$channelId&amp;donatePointEnabled=$donatePointEnabled&amp;sign=$sign&amp;timestamp=$timestamp";</w:t>
        <w:br/>
        <w:br/>
        <w:t>$ch = curl_init() or die ( curl_error() );</w:t>
        <w:br/>
        <w:t>curl_setopt( $ch, CURLOPT_URL, $url);</w:t>
        <w:br/>
        <w:t>curl_setopt ($ch, CURLOPT_CUSTOMREQUEST, "POST");</w:t>
        <w:br/>
        <w:t>curl_setopt( $ch, CURLOPT_RETURNTRANSFER, 1 );</w:t>
        <w:br/>
        <w:t>curl_setopt( $ch, CURLOPT_CONNECTTIMEOUT, 360);</w:t>
        <w:br/>
        <w:t>$response = curl_exec ( $ch );</w:t>
        <w:br/>
        <w:t>curl_close ( $ch );</w:t>
        <w:br/>
        <w:t>echo $response;</w:t>
        <w:br/>
        <w:br/>
        <w:t>?&gt;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修改积分打赏开关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