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根据直播频道及场次和视频ID查询直播转存视频相关信息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http://api.polyv.net/v2/video/{userid}/get-live-playback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根据直播频道及场次和视频ID查询直播转存视频相关信息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POST,GET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直播频道，例如：100000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点播的视频ID,当这个查询字段不为空的时候，将忽略其他的查询条件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</w:t>
            </w:r>
          </w:p>
        </w:tc>
      </w:tr>
    </w:tbl>
    <w:p>
      <w:pPr>
        <w:spacing w:after="40"/>
      </w:pPr>
    </w:p>
    <w:p>
      <w:pPr>
        <w:pStyle w:val="Heading3"/>
      </w:pPr>
      <w:r>
        <w:t>PHP示例代码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$userid="9f1e0689e1";//必选</w:t>
        <w:br/>
        <w:t>$channelId=100000;</w:t>
        <w:br/>
        <w:t>$ptime=time()*1000;//必选</w:t>
        <w:br/>
        <w:t>$sessionId="xxxfjkddk9";</w:t>
        <w:br/>
        <w:t>$vid="b0f7041324572aa5df1e91a971d3ec15_b"</w:t>
        <w:br/>
        <w:t>$secretkey="secretkey";</w:t>
        <w:br/>
        <w:t>$post_data = array (</w:t>
        <w:br/>
        <w:t xml:space="preserve">    "channelId" =&gt; $channelId,</w:t>
        <w:br/>
        <w:t xml:space="preserve">    "ptime" =&gt; $ptime,</w:t>
        <w:br/>
        <w:tab/>
        <w:t>"vid" =&gt; $vid,</w:t>
        <w:br/>
        <w:t xml:space="preserve">    "sessionId" =&gt; $sessionId</w:t>
        <w:br/>
        <w:t>);</w:t>
        <w:br/>
        <w:t>$str="";</w:t>
        <w:br/>
        <w:t>foreach ($post_data as $key =&gt; $value){</w:t>
        <w:br/>
        <w:t xml:space="preserve">    if (!empty($value)) {</w:t>
        <w:br/>
        <w:t xml:space="preserve">        $str.=$key."=".$value."&amp;";</w:t>
        <w:br/>
        <w:t xml:space="preserve">    }else{</w:t>
        <w:br/>
        <w:t xml:space="preserve">        unset($post_data[$key]);</w:t>
        <w:br/>
        <w:t xml:space="preserve">    }</w:t>
        <w:br/>
        <w:t>}</w:t>
        <w:br/>
        <w:t>$str=substr($str, 0,strlen($str)-1);</w:t>
        <w:br/>
        <w:t>$str.=$secretkey;</w:t>
        <w:br/>
        <w:t>// echo $str;</w:t>
        <w:br/>
        <w:t>// die();</w:t>
        <w:br/>
        <w:t>$hash=strtoupper(sha1($str));</w:t>
        <w:br/>
        <w:t>$post_data["sign"] = $hash;</w:t>
        <w:br/>
        <w:t>// var_dump($post_data);</w:t>
        <w:br/>
        <w:t>// exit();</w:t>
        <w:br/>
        <w:t>$url="http://api.polyv.net/v2/video/{$userid}/get-live-playback";</w:t>
        <w:br/>
        <w:t>$ch = curl_init();</w:t>
        <w:br/>
        <w:t>curl_setopt($ch, CURLOPT_URL, $url);</w:t>
        <w:br/>
        <w:t>curl_setopt($ch, CURLOPT_RETURNTRANSFER, 1);</w:t>
        <w:br/>
        <w:t>curl_setopt($ch, CURLOPT_POST, 1);</w:t>
        <w:br/>
        <w:t>curl_setopt($ch, CURLOPT_POSTFIELDS, $post_data);</w:t>
        <w:br/>
        <w:t>$output = curl_exec($ch);</w:t>
        <w:br/>
        <w:t>curl_close($ch);</w:t>
        <w:br/>
        <w:t>print_r($output);</w:t>
        <w:br/>
        <w:t>?&gt;</w:t>
      </w:r>
    </w:p>
    <w:p>
      <w:pPr>
        <w:pStyle w:val="Heading2"/>
      </w:pPr>
      <w:r>
        <w:t>返回结果</w:t>
      </w: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>"vid": "b0f7041324bdb24f8948d44c84364d1b_b",</w:t>
        <w:br/>
        <w:t>"fileSize": 91413940,</w:t>
        <w:br/>
        <w:t>"fileUrl": "http://dl.videocc.net/b0f7041324/none_b0f7041324bdb24f8948d44c84364d1b_b_1.mp4",</w:t>
        <w:br/>
        <w:t>"sessionId": "f5868alc4s",</w:t>
        <w:br/>
        <w:t>"type": "alone",</w:t>
        <w:br/>
        <w:t>"channelId": 206204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文件大小,单位是B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文件下载地址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频道的类型，alone为普通直播，ppt为三分屏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直播频道的场次ID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直播频道ID</w:t>
            </w:r>
          </w:p>
        </w:tc>
      </w:tr>
    </w:tbl>
    <w:p>
      <w:pPr>
        <w:spacing w:after="40"/>
      </w:pPr>
    </w:p>
    <w:p>
      <w:pPr>
        <w:pStyle w:val="Heading2"/>
      </w:pPr>
      <w:r>
        <w:t>sign的生成规则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channelId=参数&amp;ptime=参数&amp;sessionId=参数secureKey经过SHA-1加密再经过大写化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(注意：参数为空时，则在生成sign的时候不需要添加此字段。例如如果这里没有t，则不需要拼接&amp;t=参数)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根据直播频道及场次和视频ID查询直播转存视频相关信息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