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获取应用频道的直播监控列表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https://api.polyv.net/live/v2/app/monitor/list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1、接口用于应用频道的直播监控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应用ID，不传查询全部应用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第几页，默认为第一页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一页显示多少条，默认为1条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 ("live": 直播中, "end": 暂无直播, "waiting": 等待直播, "pull": 拉流直播中，"disk"：硬盘直播中）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("alone": 活动直播，"ppt": 三分屏， “topclass”：大班课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频道名称，支持模糊搜索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code: 200,</w:t>
        <w:br/>
        <w:t>status: "success",</w:t>
        <w:br/>
        <w:t>message: "",</w:t>
        <w:br/>
        <w:t>data: {</w:t>
        <w:br/>
        <w:t>pageSize: 5,</w:t>
        <w:br/>
        <w:t>pageNumber: 1,</w:t>
        <w:br/>
        <w:t>totalItems: 67,</w:t>
        <w:br/>
        <w:t>contents: [</w:t>
        <w:br/>
        <w:t>{</w:t>
        <w:br/>
        <w:tab/>
        <w:t>publishId: "3131313",</w:t>
        <w:br/>
        <w:tab/>
        <w:t>userId: "232323",</w:t>
        <w:br/>
        <w:tab/>
        <w:t>channelId: 10001,</w:t>
        <w:br/>
        <w:tab/>
        <w:t>ipAddress: "127.0.0.1",</w:t>
        <w:br/>
        <w:tab/>
        <w:t>stream: "dadajhdadahdjkahdk",</w:t>
        <w:br/>
        <w:tab/>
        <w:t>status: "live",</w:t>
        <w:br/>
        <w:tab/>
        <w:t>startTime: "2018-01-01 00:00:00",</w:t>
        <w:br/>
        <w:tab/>
        <w:t>endTime: "2018-01-01 02:00:00",</w:t>
        <w:br/>
        <w:tab/>
        <w:t>currentDay: "2018-01-01",</w:t>
        <w:br/>
        <w:tab/>
        <w:t>createdTime: "2018-01-01 02:00:00",</w:t>
        <w:br/>
        <w:tab/>
        <w:t>lastModified: "2018-01-01 02:00:00",</w:t>
        <w:br/>
        <w:tab/>
        <w:t>isNgbEnabled: "N",</w:t>
        <w:br/>
        <w:tab/>
        <w:t>isUrlProtected: "Y",</w:t>
        <w:br/>
        <w:tab/>
        <w:t>channelName: "频道",</w:t>
        <w:br/>
        <w:tab/>
        <w:t>scene: "alone",</w:t>
        <w:br/>
        <w:tab/>
        <w:t>captureImg: "http://www.polyv.net/1.png",</w:t>
        <w:br/>
        <w:tab/>
        <w:t>appId:"xxxxxxxx"</w:t>
        <w:br/>
        <w:t>}</w:t>
        <w:br/>
        <w:t>],</w:t>
        <w:br/>
        <w:t>startRow: 1,</w:t>
        <w:br/>
        <w:t>firstPage: true,</w:t>
        <w:br/>
        <w:t>lastPage: false,</w:t>
        <w:br/>
        <w:t>nextPageNumber: 2,</w:t>
        <w:br/>
        <w:t>prePageNumber: 1,</w:t>
        <w:br/>
        <w:t>limit: 5,</w:t>
        <w:br/>
        <w:t>endRow: 5,</w:t>
        <w:br/>
        <w:t>totalPages: 14,</w:t>
        <w:br/>
        <w:t>offset: 0</w:t>
        <w:br/>
        <w:t>}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###     响应失败JSON示例：</w:t>
        <w:br/>
        <w:br/>
        <w:t>未输入appId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"appId is required.",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appId不正确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"application not found.",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400,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"invalid timestamp.",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"code": 403,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"status": "error",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"message": "invalid signature.",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"data": ""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获取应用频道的直播监控列表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