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修改参与者密码接口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https://api.polyv.net/live/v3/channel/update-viewer-passwd</w:t>
      </w:r>
    </w:p>
    <w:p>
      <w:pPr>
        <w:pStyle w:val="Heading2"/>
      </w:pPr>
      <w:r>
        <w:t>接口说明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1、接口用于修改参与者密码,如果没有就新增参与者登录密码。</w:t>
        <w:br/>
        <w:t>2、接口支持https</w:t>
      </w:r>
    </w:p>
    <w:p>
      <w:pPr>
        <w:pStyle w:val="Heading2"/>
      </w:pPr>
      <w:r>
        <w:t>支持格式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JSON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请求数限制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TRUE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调用接口需要的APPID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13位当前时间戳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passwd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要修改的密码</w:t>
            </w:r>
          </w:p>
        </w:tc>
      </w:tr>
    </w:tbl>
    <w:p>
      <w:pPr>
        <w:spacing w:after="40"/>
      </w:pPr>
    </w:p>
    <w:p>
      <w:pPr>
        <w:pStyle w:val="Heading2"/>
      </w:pPr>
      <w:r>
        <w:t>响应成功JSON示例：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"success"</w:t>
        <w:br/>
        <w:t>}</w:t>
      </w:r>
    </w:p>
    <w:p>
      <w:pPr>
        <w:pStyle w:val="Heading2"/>
      </w:pPr>
      <w:r>
        <w:t>响应字段说明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状态码,成功为200，签名失败为403，参数错误为400，服务端错误为500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成功为success,错误时为error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成功为""，错误时为错误描述信息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成功返回提示</w:t>
            </w:r>
          </w:p>
        </w:tc>
      </w:tr>
    </w:tbl>
    <w:p>
      <w:pPr>
        <w:spacing w:after="40"/>
      </w:pPr>
    </w:p>
    <w:p>
      <w:pPr>
        <w:pStyle w:val="Heading2"/>
      </w:pPr>
      <w:r>
        <w:t>响应失败JSON示例：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参数错误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"param validate error",</w:t>
        <w:br/>
        <w:t xml:space="preserve">    "data": 400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未输入appId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"appId is required.",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appId不正确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"application not found.",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timestamp.",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pPr>
        <w:pStyle w:val="Heading2"/>
      </w:pPr>
      <w:r>
        <w:t>php请求示例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&lt;?php</w:t>
        <w:br/>
        <w:t>//引用config.php</w:t>
        <w:br/>
        <w:t>include 'config.php';</w:t>
        <w:br/>
        <w:t>$channelId = 10000;</w:t>
        <w:br/>
        <w:t>$passwd = "123456";</w:t>
        <w:br/>
        <w:t>$params = array(</w:t>
        <w:br/>
        <w:t xml:space="preserve">  'appId' =&gt; $appId,</w:t>
        <w:br/>
        <w:t xml:space="preserve">  'timestamp' =&gt; $timestamp,</w:t>
        <w:br/>
        <w:t xml:space="preserve">  'channelId' =&gt; $channelId,</w:t>
        <w:br/>
        <w:t xml:space="preserve">  'passwd' =&gt; $passwd</w:t>
        <w:br/>
        <w:t>);</w:t>
        <w:br/>
        <w:br/>
        <w:t>//生成sign</w:t>
        <w:br/>
        <w:t>$sign = getSign($params); //详细查看config.php文件的getSign方法</w:t>
        <w:br/>
        <w:t>$params['sign'] = $sign;</w:t>
        <w:br/>
        <w:br/>
        <w:t>$url = "https://api.polyv.net/live/v3/channel/update-viewer-passwd?".http_build_query($params);</w:t>
        <w:br/>
        <w:br/>
        <w:t>$curl = curl_init();</w:t>
        <w:br/>
        <w:t>curl_setopt($curl, CURLOPT_RETURNTRANSFER, true);</w:t>
        <w:br/>
        <w:t>curl_setopt($curl, CURLOPT_TIMEOUT, 500);</w:t>
        <w:br/>
        <w:t>curl_setopt($curl, CURLOPT_URL, $url);</w:t>
        <w:br/>
        <w:t>curl_setopt($curl, CURLOPT_POST, 1);</w:t>
        <w:br/>
        <w:t>$res = curl_exec($curl);</w:t>
        <w:br/>
        <w:t>curl_close($curl);</w:t>
        <w:br/>
        <w:br/>
        <w:t>echo $res;</w:t>
        <w:br/>
        <w:t>?&gt;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修改参与者密码接口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