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获取频道回放的详细信息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https://api.polyv.net/live/v3/channel/playback/list-playback-detail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1、接口用于获取频道回放的详细信息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页面大小，默认为12，上限为1000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开始时间，格式为yyyyMMddHHmmss。筛选直播开始时间大于等于该参数的回放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结束时间，格式为yyyyMMddHHmmss。筛选直播开始时间小于等于该参数的回放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录制id，使用该参数则为精确查询，忽略日期区间过滤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"pageNumber": 1,</w:t>
        <w:br/>
        <w:t xml:space="preserve">    "totalPages": 1,</w:t>
        <w:br/>
        <w:t xml:space="preserve">    "pageSize": 1,</w:t>
        <w:br/>
        <w:t xml:space="preserve">    "contents": [</w:t>
        <w:br/>
        <w:t xml:space="preserve">      {</w:t>
        <w:br/>
        <w:t xml:space="preserve">        "channelId": 352078,</w:t>
        <w:br/>
        <w:t xml:space="preserve">        "sessionId": "fhbc977k1j",</w:t>
        <w:br/>
        <w:t xml:space="preserve">        "sessionIds": "[\"20191028151506,922,fhbc977k1j\"]",</w:t>
        <w:br/>
        <w:t xml:space="preserve">        "fileId": "73fe1f8f609ce315d7d8ab8a5a3c839e",</w:t>
        <w:br/>
        <w:t xml:space="preserve">        "title": "title",</w:t>
        <w:br/>
        <w:t xml:space="preserve">        "startTime": "20191028151506",</w:t>
        <w:br/>
        <w:t xml:space="preserve">        "endTime": "20191028153028",</w:t>
        <w:br/>
        <w:t xml:space="preserve">        "duration": 922,</w:t>
        <w:br/>
        <w:t xml:space="preserve">        "videoId": "eba9c64cae",</w:t>
        <w:br/>
        <w:t xml:space="preserve">        "mp4Url": "http://dl.videocc.net/23c0193d81/none_23c0193d819dcfc3e9184662f4fa56cd_1.mp4",</w:t>
        <w:br/>
        <w:t xml:space="preserve">        "recordPPTStatus": 1,</w:t>
        <w:br/>
        <w:t xml:space="preserve">        "recordPPTUrl": "http://dl.videocc.net/23c0193d81/none_23c0193d813efe97b0578b0c25ef2788_1.mp4",</w:t>
        <w:br/>
        <w:t xml:space="preserve">        "zipUrl": "http://liveimages.videocc.net/ppt/23c0193d819dcfc3e9184662f4fa56cd.zip",</w:t>
        <w:br/>
        <w:t xml:space="preserve">        "zipStatus": 1,</w:t>
        <w:br/>
        <w:t xml:space="preserve">        "origin": "auto"</w:t>
        <w:br/>
        <w:t xml:space="preserve">      }</w:t>
        <w:br/>
        <w:t xml:space="preserve">    ]</w:t>
        <w:br/>
        <w:t xml:space="preserve">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is not digit: dsadasd",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日期格式错误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date time format",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数值范围错误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"number range error",</w:t>
        <w:br/>
        <w:t xml:space="preserve">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成功响应时为回放详情分页数据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回放详情数据列表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回放对应的单个场次id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场次和时间对应的数组字符串，格式：["20190703145126,4,fdqbopvtnv","20190703145126,8,fdqbopvtnv"] ，其中："20190703145126,4,fdqbopvtnv" 第一个字段是开始时间，第二个字段是直播的时长，第三个是对应的sessionId。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对应的录制文件id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直播开始时间，格式为yyyyMMddHHmmss。筛选直播开始时间大于等于该参数的回放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直播结束时间，格式为yyyyMMddHHmmss。筛选直播开始时间小于等于该参数的回放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直播时长，单位秒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回放id，可用于SDK播放在线回放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回放转存后的mp4下载地址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recordPPTStatus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重制状态，1为重制已经可用，0为重制未完成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recordPPTUrl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当重制状态为1时，该字段为重制的mp4下载地址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zipUrl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离线包下载地址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zipStatus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离线包状态，0代表还未打包完成，1代表已完成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回放来源，manual-云录制，auto-自动录制，merge-合并，clip-裁剪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206204,</w:t>
        <w:br/>
        <w:t xml:space="preserve">  'page' =&gt; 1,</w:t>
        <w:br/>
        <w:t xml:space="preserve">  'pageSize' =&gt; 5,</w:t>
        <w:br/>
        <w:t xml:space="preserve">  'startTime' =&gt; '20191001120000',</w:t>
        <w:br/>
        <w:t xml:space="preserve">  'endTime' =&gt; '20191015235959'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"https://api.polyv.net/live/v3/channel/playback/list-playback-detail?".http_build_query($params);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获取频道回放的详细信息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