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设置频道基本图片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https://api.polyv.net/live/v3/channel/setting/set-basic-img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1、接口用于设置频道基础图片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频道引导图开关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成功响应信息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设置频道基本图片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