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判断该用户是否是被踢出用户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http://api.polyv.net/live/v3/channel/chat/is-kicked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1、作用：判断该用户是否是被踢出的用户。</w:t>
        <w:br/>
        <w:t>2、接口支持https协议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频道号\房间号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用户userId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"data": true,</w:t>
        <w:br/>
        <w:t xml:space="preserve">    "message": "",</w:t>
        <w:br/>
        <w:t xml:space="preserve">    "status": "success"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true(是被踢出的用户)/false（不是被踢出的用户）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?php</w:t>
        <w:br/>
        <w:t>//引用config.php</w:t>
        <w:br/>
        <w:t>include 'config.php';</w:t>
        <w:br/>
        <w:br/>
        <w:t>$params = array(</w:t>
        <w:br/>
        <w:t xml:space="preserve">  'appId' =&gt; $appId,</w:t>
        <w:br/>
        <w:t xml:space="preserve">  'timestamp' =&gt; $timestamp,</w:t>
        <w:br/>
        <w:t xml:space="preserve">  'roomId' =&gt; $roomId,</w:t>
        <w:br/>
        <w:t xml:space="preserve">  'userId' =&gt; $userId</w:t>
        <w:br/>
        <w:t>);</w:t>
        <w:br/>
        <w:br/>
        <w:t>//生成sign</w:t>
        <w:br/>
        <w:t>$sign = getSign($params); //详细查看config.php文件的getSign方法</w:t>
        <w:br/>
        <w:t>$params['sign'] = $sign;</w:t>
        <w:br/>
        <w:br/>
        <w:t>$url = "http://api.polyv.net/live/v3/channel/chat/is-kicked?".http_build_query($params);</w:t>
        <w:br/>
        <w:br/>
        <w:t>$curl = curl_init();</w:t>
        <w:br/>
        <w:t>curl_setopt($curl, CURLOPT_RETURNTRANSFER, true);</w:t>
        <w:br/>
        <w:t>curl_setopt($curl, CURLOPT_TIMEOUT, 500);</w:t>
        <w:br/>
        <w:t>curl_setopt($curl, CURLOPT_URL, $url);</w:t>
        <w:br/>
        <w:t>curl_setopt($curl, CURLOPT_POST, 0);</w:t>
        <w:br/>
        <w:t>$res = curl_exec($curl);</w:t>
        <w:br/>
        <w:t>curl_close($curl);</w:t>
        <w:br/>
        <w:br/>
        <w:t>echo $res;</w:t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判断该用户是否是被踢出用户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