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自定义注册用户接口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http://api.polyv.net/live/v2/app/add-custom-user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1、接口用于注册用户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调用接口需要的APPID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销售ID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邮箱地址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登录密码，长度限制：5到16位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industry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企业名称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"appId": "$appId",</w:t>
        <w:br/>
        <w:t xml:space="preserve">        "name": "$name",</w:t>
        <w:br/>
        <w:t xml:space="preserve">        "appSecret": "$appSecret",</w:t>
        <w:br/>
        <w:t xml:space="preserve">        "userId": "$userId"</w:t>
        <w:br/>
        <w:t xml:space="preserve">    }</w:t>
        <w:br/>
        <w:t>}</w:t>
      </w:r>
    </w:p>
    <w:p>
      <w:pPr>
        <w:pStyle w:val="Heading2"/>
      </w:pPr>
      <w:r>
        <w:t>响应字段说明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状态码,成功为200，签名失败为403，参数错误为400，服务端错误为500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成功为success,错误时为error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成功为""，错误时为错误描述信息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data.appId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用户调用接口需要的appId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用户名称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data.appSecret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用户调用接口的KEY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</w:tbl>
    <w:p>
      <w:pPr>
        <w:spacing w:after="40"/>
      </w:pP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validate error",</w:t>
        <w:br/>
        <w:t xml:space="preserve">    "data": 400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'config.php';</w:t>
        <w:br/>
        <w:t>$email = "xxxxx@xxxx.com";</w:t>
        <w:br/>
        <w:t>$passwd = "123456";</w:t>
        <w:br/>
        <w:t>$name = "xxxxx";</w:t>
        <w:br/>
        <w:t>$mobile = "1889887777";</w:t>
        <w:br/>
        <w:t>$industry="company";</w:t>
        <w:br/>
        <w:t>$saleId = "$saleId";</w:t>
        <w:br/>
        <w:t>$params = array(</w:t>
        <w:br/>
        <w:t xml:space="preserve">  'appId' =&gt; $appId,</w:t>
        <w:br/>
        <w:t xml:space="preserve">  'timestamp' =&gt; $timestamp,</w:t>
        <w:br/>
        <w:t xml:space="preserve">  'email' =&gt; $email,</w:t>
        <w:br/>
        <w:t xml:space="preserve">  'name' =&gt; $name,</w:t>
        <w:br/>
        <w:t xml:space="preserve">  'mobile' =&gt; $mobile,</w:t>
        <w:br/>
        <w:t xml:space="preserve">  'passwd' =&gt; $passwd,</w:t>
        <w:br/>
        <w:t xml:space="preserve">  'industry' =&gt; $industry,</w:t>
        <w:br/>
        <w:t xml:space="preserve">  'saleId' =&gt;  $saleId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"http://api.polyv.net/live/v2/app/add-custom-user?".http_build_query($params);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CURLOPT_URL, $url);</w:t>
        <w:br/>
        <w:t>curl_setopt($curl, CURLOPT_POST, 1);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自定义注册用户接口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