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聊天室抢答功能说明</w:t>
      </w:r>
    </w:p>
    <w:p>
      <w:pPr>
        <w:pStyle w:val="Heading1"/>
      </w:pPr>
      <w:r>
        <w:t>聊天室抢答功能说明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主要说明聊天室抢答功能在观看端以及讲师端如何使用。</w:t>
      </w:r>
    </w:p>
    <w:p>
      <w:pPr>
        <w:pStyle w:val="Heading3"/>
      </w:pPr>
      <w:r>
        <w:t>1、连接聊天室时，需要带上token和version参数。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点击获取token说明文档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聊天室连接说明：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io.connect('ws://chat.polyv.net', {</w:t>
        <w:br/>
        <w:t xml:space="preserve">    'query': {</w:t>
        <w:br/>
        <w:t xml:space="preserve">        version: '2.0', // version必须大于等于2.0</w:t>
        <w:br/>
        <w:t xml:space="preserve">        token, // token通过接口获取，看上面的链接</w:t>
        <w:br/>
        <w:t xml:space="preserve">    },</w:t>
        <w:br/>
        <w:t xml:space="preserve">    'transports': ['websocket']</w:t>
        <w:br/>
        <w:t>});</w:t>
      </w:r>
    </w:p>
    <w:p>
      <w:pPr>
        <w:pStyle w:val="Heading3"/>
      </w:pPr>
      <w:r>
        <w:t>2、监听开始抢答事件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START_ANSWER_QUICKLY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事件名称，值为START_ANSWER_QUICKLY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抢答时间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该场直播的sessionId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发起抢答时的时间戳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quicklyId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抢答的id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overTime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抢答剩余时间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</w:tr>
    </w:tbl>
    <w:p>
      <w:pPr>
        <w:spacing w:after="40"/>
      </w:pPr>
    </w:p>
    <w:p>
      <w:pPr>
        <w:pStyle w:val="Heading3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socket.on('message', function(jsonData, callback) {</w:t>
        <w:br/>
        <w:tab/>
        <w:t>const data = JSON.parse(jsonData);</w:t>
        <w:br/>
        <w:tab/>
        <w:t>if(data.EVENT === 'START_ANSWER_QUICKLY') {</w:t>
        <w:br/>
        <w:tab/>
        <w:tab/>
        <w:t>// 执行相关操作</w:t>
        <w:br/>
        <w:tab/>
        <w:t>}</w:t>
        <w:br/>
        <w:t>})</w:t>
      </w:r>
    </w:p>
    <w:p>
      <w:pPr>
        <w:pStyle w:val="Heading3"/>
      </w:pPr>
      <w:r>
        <w:t>3、学员提交抢答信息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SUBMIT_ANSWER_QUICKLY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事件名称，写死SUBMIT_ANSWER_QUICKLY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quicklyId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抢答id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抢答使用的时间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学员所属机构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3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需要发送的参数，为json字符串</w:t>
        <w:br/>
        <w:t>const sendData = JSON.stringify({</w:t>
        <w:br/>
        <w:tab/>
        <w:t>EVENT: 'SUBMIT_ANSWER_QUICKLY',</w:t>
        <w:br/>
        <w:tab/>
        <w:t>quicklyId: '436499f0-17d9-11ea-9ba9-6f8eb568fbcb',</w:t>
        <w:br/>
        <w:tab/>
        <w:t>useTime: 2</w:t>
        <w:br/>
        <w:t>});</w:t>
        <w:br/>
        <w:t>socket.emit('message', sendData , function(d) {</w:t>
        <w:br/>
        <w:tab/>
        <w:t>const { code, message } = JSON.parse(d); // code 为 请求结果状态</w:t>
        <w:br/>
        <w:tab/>
        <w:t>if (code === 200) {</w:t>
        <w:br/>
        <w:tab/>
        <w:tab/>
        <w:t>console.log('抢答成功');</w:t>
        <w:br/>
        <w:tab/>
        <w:t>} else {</w:t>
        <w:br/>
        <w:tab/>
        <w:tab/>
        <w:t>console.log(`抢答失败，失败原因：${message}`)</w:t>
        <w:br/>
        <w:tab/>
        <w:t>}</w:t>
        <w:br/>
        <w:t>});</w:t>
      </w:r>
    </w:p>
    <w:p>
      <w:pPr>
        <w:pStyle w:val="Heading3"/>
      </w:pPr>
      <w:r>
        <w:t>4、获取抢答状态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开始抢答，各个端收到socket消息的时间可能不同，比如pc端比移动端先收到开始抢答的socket，这时时间就会产生偏差。所以需要不断从服务器获取抢答的剩余时间，保证时间准确性。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建议1秒获取一次。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GET_ANSWER_QUICKLY_STATUS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事件名称，写死GET_ANSWER_QUICKLY_STATUS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</w:tbl>
    <w:p>
      <w:pPr>
        <w:spacing w:after="40"/>
      </w:pPr>
    </w:p>
    <w:p>
      <w:pPr>
        <w:pStyle w:val="Heading3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socket.emit(</w:t>
        <w:br/>
        <w:tab/>
        <w:tab/>
        <w:t>'message',</w:t>
        <w:br/>
        <w:tab/>
        <w:tab/>
        <w:t>JSON.stringify({EVENT:'GET_ANSWER_QUICKLY_STATUS'}),</w:t>
        <w:br/>
        <w:tab/>
        <w:tab/>
        <w:t>function(d) {</w:t>
        <w:br/>
        <w:tab/>
        <w:tab/>
        <w:tab/>
        <w:t>const { code, data, message } = JSON.parse(d);</w:t>
        <w:br/>
        <w:tab/>
        <w:tab/>
        <w:tab/>
        <w:t>if (code === 200) {</w:t>
        <w:br/>
        <w:tab/>
        <w:tab/>
        <w:tab/>
        <w:tab/>
        <w:t>const { overTime, answerNum } = data; // overTime为抢答剩余时间，answerNum为已抢答人数</w:t>
        <w:br/>
        <w:tab/>
        <w:tab/>
        <w:tab/>
        <w:t>} else {</w:t>
        <w:br/>
        <w:tab/>
        <w:tab/>
        <w:tab/>
        <w:tab/>
        <w:t>console.log(`获取抢答状态失败，失败原因:${message}`)</w:t>
        <w:br/>
        <w:tab/>
        <w:tab/>
        <w:tab/>
        <w:t>}</w:t>
        <w:br/>
        <w:tab/>
        <w:tab/>
        <w:t>}</w:t>
        <w:br/>
        <w:tab/>
        <w:t>)</w:t>
      </w:r>
    </w:p>
    <w:p>
      <w:pPr>
        <w:pStyle w:val="Heading3"/>
      </w:pPr>
      <w:r>
        <w:t>5、讲师端发送开始抢答事件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讲师在推流端点击抢答图标，弹出窗口，输入时间，点击开始抢答。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START_ANSWER_QUICKLY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事件名称，写死START_ANSWER_QUICKLY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抢答的时间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该场直播的sessionId（如果只是测试，可以传入随机字符串）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</w:tbl>
    <w:p>
      <w:pPr>
        <w:spacing w:after="40"/>
      </w:pPr>
    </w:p>
    <w:p>
      <w:pPr>
        <w:pStyle w:val="Heading3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socket.emit('message', JSON.stringify({</w:t>
        <w:br/>
        <w:tab/>
        <w:t>EVENT: 'START_ANSWER_QUICKLY',</w:t>
        <w:br/>
        <w:tab/>
        <w:t>limitTime: 30,</w:t>
        <w:br/>
        <w:tab/>
        <w:t>sessionId: 'test'</w:t>
        <w:br/>
        <w:t>}), function(d) {</w:t>
        <w:br/>
        <w:tab/>
        <w:t>const { code, message } = JSON.parse(d);</w:t>
        <w:br/>
        <w:tab/>
        <w:t>if (code === 200) {</w:t>
        <w:br/>
        <w:tab/>
        <w:tab/>
        <w:t>console.log('发起抢答成功');</w:t>
        <w:br/>
        <w:tab/>
        <w:t>} else {</w:t>
        <w:br/>
        <w:tab/>
        <w:tab/>
        <w:t>console.log(`发起抢答失败，失败原因:${message}`);</w:t>
        <w:br/>
        <w:tab/>
        <w:t>}</w:t>
        <w:br/>
        <w:t>});</w:t>
      </w:r>
    </w:p>
    <w:p>
      <w:pPr>
        <w:pStyle w:val="Heading3"/>
      </w:pPr>
      <w:r>
        <w:t>6、结束抢答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讲师发起抢答后，页面有个停止抢答按钮，讲师可以主动提前停止抢答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STOP_ANSWER_QUICKLY</w:t>
      </w:r>
    </w:p>
    <w:p>
      <w:pPr>
        <w:pStyle w:val="Heading3"/>
      </w:pPr>
      <w: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事件名称，写死STOP_ANSWER_QUICKLY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quicklyId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抢答id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</w:tr>
    </w:tbl>
    <w:p>
      <w:pPr>
        <w:spacing w:after="40"/>
      </w:pPr>
    </w:p>
    <w:p>
      <w:pPr>
        <w:pStyle w:val="Heading3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socket.emit('message', JSON.stringify({</w:t>
        <w:br/>
        <w:tab/>
        <w:t>EVENT: 'STOP_ANSWER_QUICKLY',</w:t>
        <w:br/>
        <w:tab/>
        <w:t>quicklyId: 'test',</w:t>
        <w:br/>
        <w:t>}), function(d) {</w:t>
        <w:br/>
        <w:tab/>
        <w:t>const { code, message } = JSON.parse(d);</w:t>
        <w:br/>
        <w:tab/>
        <w:t>if (code === 200) {</w:t>
        <w:br/>
        <w:tab/>
        <w:tab/>
        <w:t>console.log('抢答停止成功成功');</w:t>
        <w:br/>
        <w:tab/>
        <w:t>} else {</w:t>
        <w:br/>
        <w:tab/>
        <w:tab/>
        <w:t>console.log(`抢答结束失败，失败原因:${message}`);</w:t>
        <w:br/>
        <w:tab/>
        <w:t>}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聊天室抢答功能说明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