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获取自定义注册用户信息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http://api.polyv.net/live/v2/app/get-custom-user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1、接口用于获取用户信息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调用接口需要的APPID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邮箱地址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 {</w:t>
        <w:br/>
        <w:t>"name": "alexydz",</w:t>
        <w:br/>
        <w:t>"mobile": "15903079988",</w:t>
        <w:br/>
        <w:t>"company": "xxxx company",</w:t>
        <w:br/>
        <w:t>"userId": "ecf5ee31fb",</w:t>
        <w:br/>
        <w:t>"email": "1111111@ruizaiyun.com"</w:t>
        <w:br/>
        <w:t>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data.email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用户账号邮箱地址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data.company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用户所属机构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用户的手机号码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$email = "xxxxx@xxxx.com";</w:t>
        <w:br/>
        <w:t>$params = array(</w:t>
        <w:br/>
        <w:t xml:space="preserve">  'appId' =&gt; $appId,</w:t>
        <w:br/>
        <w:t xml:space="preserve">  'timestamp' =&gt; $timestamp,</w:t>
        <w:br/>
        <w:t xml:space="preserve">  'email' =&gt; $email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"http://api.polyv.net/live/v2/app/get-custom-user?".http_build_query($params);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获取自定义注册用户信息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