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修改账号积分打赏设置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http://api.polyv.net/live/v3/channel/donate/update-point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1、接口用于设置账号通用设置的积分打赏</w:t>
        <w:br/>
        <w:t>2、通用参数通过普通url参数传递（timestamp, appId, sign），设置打赏参数的json通过请求体的方式传递</w:t>
        <w:br/>
        <w:t>3、接口支持https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请求参数</w:t>
      </w:r>
    </w:p>
    <w:p>
      <w:pPr>
        <w:pStyle w:val="Heading3"/>
      </w:pPr>
      <w:r>
        <w:t>带在url后面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请求体传参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donatePointEnabled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积分打赏开关，取值Y/N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queryPointUrl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获取观众积分打赏接口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updatePointUrl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修改观众积分打赏接口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requestFailTips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请求失败提示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pointNotEnoughTips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积分不足提示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积分单位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object[]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积分打赏的道具列表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道具名称，不能超过5个字符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道具图片，不能超过120个字符（图片地址可以使用默认地址，或者通过上传图片接口上传获取图片地址）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道具打赏价格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道具开关，值为 Y/N , Y为开启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***注：这里的channelId,appId,timestamp,sign必须通过url传参，json数据通过请求体传参，如: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http://api.polyv.net/live/v3/channel/donate/update-point?appId={{appId}}&amp;timestamp={{timestamp}}&amp;sign={{sign}}***</w:t>
      </w:r>
    </w:p>
    <w:p>
      <w:pPr>
        <w:pStyle w:val="Heading3"/>
      </w:pPr>
      <w:r>
        <w:t>请求体json拼接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"donatePointEnabled": "Y",</w:t>
        <w:br/>
        <w:tab/>
        <w:t>"queryPointUrl": "xxx",</w:t>
        <w:br/>
        <w:tab/>
        <w:t>"updatePointUrl": "yyy",</w:t>
        <w:br/>
        <w:tab/>
        <w:t>"requestFailTips": "请求失败了",</w:t>
        <w:br/>
        <w:tab/>
        <w:t>"pointNotEnoughTips": "积分不足啊",</w:t>
        <w:br/>
        <w:tab/>
        <w:t>"pointUnit": "Q币",</w:t>
        <w:br/>
        <w:tab/>
        <w:t>"goods": [</w:t>
        <w:br/>
        <w:tab/>
        <w:tab/>
        <w:t>{</w:t>
        <w:br/>
        <w:tab/>
        <w:tab/>
        <w:tab/>
        <w:t>"goodName": "鲜花123",</w:t>
        <w:br/>
        <w:tab/>
        <w:tab/>
        <w:tab/>
        <w:t>"goodImg": "//livestatic.videocc.net/uploaded/images/webapp/channel/donate/01-flower.png",</w:t>
        <w:br/>
        <w:tab/>
        <w:tab/>
        <w:tab/>
        <w:t>"goodPrice": 123,</w:t>
        <w:br/>
        <w:tab/>
        <w:tab/>
        <w:tab/>
        <w:t>"goodEnabled": "N"</w:t>
        <w:br/>
        <w:tab/>
        <w:tab/>
        <w:t>},</w:t>
        <w:br/>
        <w:tab/>
        <w:tab/>
        <w:t>{</w:t>
        <w:br/>
        <w:tab/>
        <w:tab/>
        <w:tab/>
        <w:t>"goodName": "大跑车",</w:t>
        <w:br/>
        <w:tab/>
        <w:tab/>
        <w:tab/>
        <w:t>"goodImg": "//livestatic.videocc.net/uploaded/images/webapp/channel/donate/08-car.png",</w:t>
        <w:br/>
        <w:tab/>
        <w:tab/>
        <w:tab/>
        <w:t>"goodPrice": 999,</w:t>
        <w:br/>
        <w:tab/>
        <w:tab/>
        <w:tab/>
        <w:t>"goodEnabled": "Y"</w:t>
        <w:br/>
        <w:tab/>
        <w:tab/>
        <w:t>}</w:t>
        <w:br/>
        <w:tab/>
        <w:t>]</w:t>
        <w:br/>
        <w:t>}</w:t>
      </w: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400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#json为空或者json解析错误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#json中的goods数量限制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"goods over limit",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#json中的goods的名称字符限制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"goods name over limit",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#json中的goods的图片地址字符限制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"goods image length over limit",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#json中的goods的价格数据类型错误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"number range error",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状态码,成功为200，签名失败为403，参数错误为400，服务端错误为500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成功为success,错误时为error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成功为""，错误时为错误描述信息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暂无作用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com.live.util.EncryptionUtils;</w:t>
        <w:br/>
        <w:t>import org.apache.http.HttpEntity;</w:t>
        <w:br/>
        <w:t>import org.apache.http.client.config.RequestConfig;</w:t>
        <w:br/>
        <w:t>import org.apache.http.client.methods.CloseableHttpResponse;</w:t>
        <w:br/>
        <w:t>import org.apache.http.client.methods.HttpPost;</w:t>
        <w:br/>
        <w:t>import org.apache.http.entity.StringEntity;</w:t>
        <w:br/>
        <w:t>import org.apache.http.impl.client.CloseableHttpClient;</w:t>
        <w:br/>
        <w:t>import org.apache.http.impl.client.HttpClients;</w:t>
        <w:br/>
        <w:t>import org.apache.http.util.EntityUtils;</w:t>
        <w:br/>
        <w:br/>
        <w:t>import java.io.IOException;</w:t>
        <w:br/>
        <w:t>import java.nio.charset.Charset;</w:t>
        <w:br/>
        <w:t>import java.util.ArrayList;</w:t>
        <w:br/>
        <w:t>import java.util.Collections;</w:t>
        <w:br/>
        <w:t>import java.util.HashMap;</w:t>
        <w:br/>
        <w:t>import java.util.List;</w:t>
        <w:br/>
        <w:t>import java.util.Map;</w:t>
        <w:br/>
        <w:br/>
        <w:t>public class Demo {</w:t>
        <w:br/>
        <w:br/>
        <w:t xml:space="preserve">    private static RequestConfig requestConfig = RequestConfig.custom().setSocketTimeout(15000).setConnectTimeout(15000)</w:t>
        <w:br/>
        <w:t xml:space="preserve">            .setConnectionRequestTimeout(15000).build();</w:t>
        <w:br/>
        <w:br/>
        <w:t xml:space="preserve">    public static void main(String[] args) {</w:t>
        <w:br/>
        <w:br/>
        <w:t xml:space="preserve">        String url = "http://api.polyv.net/live/v3/channel/donate/update-point";</w:t>
        <w:br/>
        <w:t xml:space="preserve">        String appId = "XXXXXX";</w:t>
        <w:br/>
        <w:t xml:space="preserve">        String key = "XXXXXXXXXXXXXXXXXXXXXXXXXXXXXXXX";</w:t>
        <w:br/>
        <w:t xml:space="preserve">        Map&lt;String, String&gt; map = new HashMap&lt;&gt;();</w:t>
        <w:br/>
        <w:t xml:space="preserve">        long timestamp = System.currentTimeMillis();</w:t>
        <w:br/>
        <w:t xml:space="preserve">        map.put("appId", appId);</w:t>
        <w:br/>
        <w:t xml:space="preserve">        map.put("timestamp", String.valueOf(timestamp));</w:t>
        <w:br/>
        <w:br/>
        <w:t xml:space="preserve">        String sign = getSign(map, key);</w:t>
        <w:br/>
        <w:t xml:space="preserve">        map.put("sign", sign);</w:t>
        <w:br/>
        <w:t xml:space="preserve">        String body = "{\"goods\":[{\"goodName\":\"鲜花333\",\"goodImg\":\"//livestatic.videocc.net/uploaded/images/webapp/channel/donate/01-flower.png\",\"goodPrice\":0,\"goodEnabled\":\"Y\"},{\"goodName\":\"咖啡\",\"goodImg\":\"//livestatic.videocc.net/uploaded/images/webapp/channel/donate/02-coffee.png\",\"goodPrice\":0.99,\"goodEnabled\":\"Y\"},{\"goodName\":\"点赞\",\"goodImg\":\"//livestatic.videocc.net/uploaded/images/webapp/channel/donate/03-good.png\",\"goodPrice\":1.99,\"goodEnabled\":\"Y\"},{\"goodName\":\"掌声\",\"goodImg\":\"//livestatic.videocc.net/uploaded/images/webapp/channel/donate/04-applaud.png\",\"goodPrice\":2.99,\"goodEnabled\":\"Y\"},{\"goodName\":\"666\",\"goodImg\":\"//livestatic.videocc.net/uploaded/images/webapp/channel/donate/05-666.png\",\"goodPrice\":6.66,\"goodEnabled\":\"Y\"},{\"goodName\":\"小星星\",\"goodImg\":\"//livestatic.videocc.net/uploaded/images/webapp/channel/donate/06-star.png\",\"goodPrice\":9.99,\"goodEnabled\":\"Y\"},{\"goodName\":\"钻石\",\"goodImg\":\"//livestatic.videocc.net/uploaded/images/webapp/channel/donate/07-diamond.png\",\"goodPrice\":19.99,\"goodEnabled\":\"Y\"},{\"goodName\":\"跑车\",\"goodImg\":\"//livestatic.videocc.net/uploaded/images/webapp/channel/donate/08-car.png\",\"goodPrice\":29.99,\"goodEnabled\":\"Y\"},{\"goodName\":\"火箭233\",\"goodImg\":\"//livestatic.videocc.net/uploaded/images/webapp/channel/donate/09-rocket.png\",\"goodPrice\":66.66,\"goodEnabled\":\"Y\"}]}";</w:t>
        <w:br/>
        <w:t xml:space="preserve">        String content = sendHttpPost(url, map, body);</w:t>
        <w:br/>
        <w:t xml:space="preserve">        System.out.println(content);</w:t>
        <w:br/>
        <w:br/>
        <w:t xml:space="preserve">    }</w:t>
        <w:br/>
        <w:br/>
        <w:t xml:space="preserve">    /**</w:t>
        <w:br/>
        <w:t xml:space="preserve">     * 发送 post请求</w:t>
        <w:br/>
        <w:t xml:space="preserve">     * @param httpUrl 地址</w:t>
        <w:br/>
        <w:t xml:space="preserve">     * @param maps 参数</w:t>
        <w:br/>
        <w:t xml:space="preserve">     */</w:t>
        <w:br/>
        <w:t xml:space="preserve">    public static String sendHttpPost(String httpUrl, Map&lt;String, String&gt; maps, String body) {</w:t>
        <w:br/>
        <w:t xml:space="preserve">        StringBuilder url = new StringBuilder();</w:t>
        <w:br/>
        <w:t xml:space="preserve">        url.append(httpUrl).append("?");</w:t>
        <w:br/>
        <w:t xml:space="preserve">        for (Map.Entry&lt;String, String&gt; map : maps.entrySet()) {</w:t>
        <w:br/>
        <w:t xml:space="preserve">            url.append(map.getKey()).append("=").append(map.getValue()).append("&amp;");</w:t>
        <w:br/>
        <w:t xml:space="preserve">        }</w:t>
        <w:br/>
        <w:t xml:space="preserve">        String urlStr = url.toString().substring(0, url.length() - 1);</w:t>
        <w:br/>
        <w:t xml:space="preserve">        // 创建httpPost</w:t>
        <w:br/>
        <w:t xml:space="preserve">        HttpPost httpPost = new HttpPost(urlStr);</w:t>
        <w:br/>
        <w:t xml:space="preserve">        try {</w:t>
        <w:br/>
        <w:t xml:space="preserve">            StringEntity entity = new StringEntity(body, Charset.forName("UTF-8"));</w:t>
        <w:br/>
        <w:t xml:space="preserve">            httpPost.setEntity(entity);</w:t>
        <w:br/>
        <w:t xml:space="preserve">        } catch (Exception e) {</w:t>
        <w:br/>
        <w:t xml:space="preserve">            // ...</w:t>
        <w:br/>
        <w:t xml:space="preserve">        }</w:t>
        <w:br/>
        <w:t xml:space="preserve">        return sendHttpPost(httpPost);</w:t>
        <w:br/>
        <w:t xml:space="preserve">    }</w:t>
        <w:br/>
        <w:br/>
        <w:t xml:space="preserve">    /**</w:t>
        <w:br/>
        <w:t xml:space="preserve">     * 发送Post请求</w:t>
        <w:br/>
        <w:t xml:space="preserve">     * @param httpPost</w:t>
        <w:br/>
        <w:t xml:space="preserve">     * @return</w:t>
        <w:br/>
        <w:t xml:space="preserve">     */</w:t>
        <w:br/>
        <w:t xml:space="preserve">    private static String sendHttpPost(HttpPost httpPost) {</w:t>
        <w:br/>
        <w:t xml:space="preserve">        CloseableHttpClient httpClient = null;</w:t>
        <w:br/>
        <w:t xml:space="preserve">        CloseableHttpResponse response = null;</w:t>
        <w:br/>
        <w:t xml:space="preserve">        HttpEntity entity;</w:t>
        <w:br/>
        <w:t xml:space="preserve">        String responseContent = null;</w:t>
        <w:br/>
        <w:t xml:space="preserve">        try {</w:t>
        <w:br/>
        <w:t xml:space="preserve">            // 创建默认的httpClient实例.</w:t>
        <w:br/>
        <w:t xml:space="preserve">            httpClient = HttpClients.createDefault();</w:t>
        <w:br/>
        <w:t xml:space="preserve">            httpPost.setConfig(requestConfig);</w:t>
        <w:br/>
        <w:t xml:space="preserve">            // 执行请求</w:t>
        <w:br/>
        <w:t xml:space="preserve">            response = httpClient.execute(httpPost);</w:t>
        <w:br/>
        <w:t xml:space="preserve">            entity = response.getEntity();</w:t>
        <w:br/>
        <w:t xml:space="preserve">            responseContent = EntityUtils.toString(entity, "UTF-8");</w:t>
        <w:br/>
        <w:t xml:space="preserve">        } catch (Exception e) {</w:t>
        <w:br/>
        <w:t xml:space="preserve">            // ...</w:t>
        <w:br/>
        <w:t xml:space="preserve">        } finally {</w:t>
        <w:br/>
        <w:t xml:space="preserve">            try {</w:t>
        <w:br/>
        <w:t xml:space="preserve">                // 关闭连接,释放资源</w:t>
        <w:br/>
        <w:t xml:space="preserve">                if (response != null) {</w:t>
        <w:br/>
        <w:t xml:space="preserve">                    response.close();</w:t>
        <w:br/>
        <w:t xml:space="preserve">                }</w:t>
        <w:br/>
        <w:t xml:space="preserve">                if (null != httpPost) {</w:t>
        <w:br/>
        <w:t xml:space="preserve">                    httpPost.releaseConnection();</w:t>
        <w:br/>
        <w:t xml:space="preserve">                }</w:t>
        <w:br/>
        <w:t xml:space="preserve">                if (httpClient != null) {</w:t>
        <w:br/>
        <w:t xml:space="preserve">                    httpClient.close();</w:t>
        <w:br/>
        <w:t xml:space="preserve">                }</w:t>
        <w:br/>
        <w:t xml:space="preserve">            } catch (IOException e) {</w:t>
        <w:br/>
        <w:t xml:space="preserve">                // ...</w:t>
        <w:br/>
        <w:t xml:space="preserve">            }</w:t>
        <w:br/>
        <w:t xml:space="preserve">        }</w:t>
        <w:br/>
        <w:t xml:space="preserve">        return responseContent;</w:t>
        <w:br/>
        <w:t xml:space="preserve">    }</w:t>
        <w:br/>
        <w:br/>
        <w:t xml:space="preserve">    /**</w:t>
        <w:br/>
        <w:t xml:space="preserve">     * 根据map里的参数构建加密串</w:t>
        <w:br/>
        <w:t xml:space="preserve">     * @param map</w:t>
        <w:br/>
        <w:t xml:space="preserve">     * @param secretKey</w:t>
        <w:br/>
        <w:t xml:space="preserve">     * @return</w:t>
        <w:br/>
        <w:t xml:space="preserve">     */</w:t>
        <w:br/>
        <w:t xml:space="preserve">    protected static String getSign(Map&lt;String, String&gt; map, String secretKey) {</w:t>
        <w:br/>
        <w:t xml:space="preserve">        Map&lt;String, String&gt; params = paraFilter(map);</w:t>
        <w:br/>
        <w:t xml:space="preserve">        // 处理参数，计算MD5哈希值</w:t>
        <w:br/>
        <w:t xml:space="preserve">        String concatedStr = concatParams(params);</w:t>
        <w:br/>
        <w:t xml:space="preserve">        String plain = secretKey + concatedStr + secretKey;</w:t>
        <w:br/>
        <w:t xml:space="preserve">        String encrypted = EncryptionUtils.md5Hex(plain);</w:t>
        <w:br/>
        <w:br/>
        <w:t xml:space="preserve">        // 32位大写MD5值</w:t>
        <w:br/>
        <w:t xml:space="preserve">        return encrypted.toUpperCase();</w:t>
        <w:br/>
        <w:t xml:space="preserve">    }</w:t>
        <w:br/>
        <w:br/>
        <w:t xml:space="preserve">    /**</w:t>
        <w:br/>
        <w:t xml:space="preserve">     * 对params根据key来排序并且以key1=value1&amp;key2=value2的形式拼接起来</w:t>
        <w:br/>
        <w:t xml:space="preserve">     * @param params</w:t>
        <w:br/>
        <w:t xml:space="preserve">     * @return</w:t>
        <w:br/>
        <w:t xml:space="preserve">     */</w:t>
        <w:br/>
        <w:t xml:space="preserve">    private static String concatParams(Map&lt;String, String&gt; params) {</w:t>
        <w:br/>
        <w:t xml:space="preserve">        List&lt;String&gt; keys = new ArrayList&lt;&gt;(params.keySet());</w:t>
        <w:br/>
        <w:t xml:space="preserve">        Collections.sort(keys);</w:t>
        <w:br/>
        <w:br/>
        <w:t xml:space="preserve">        StringBuilder sb = new StringBuilder();</w:t>
        <w:br/>
        <w:br/>
        <w:t xml:space="preserve">        for (int i = 0; i &lt; keys.size(); i++) {</w:t>
        <w:br/>
        <w:t xml:space="preserve">            String key = keys.get(i);</w:t>
        <w:br/>
        <w:t xml:space="preserve">            String value = params.get(key);</w:t>
        <w:br/>
        <w:br/>
        <w:t xml:space="preserve">            sb.append(key).append(value);</w:t>
        <w:br/>
        <w:t xml:space="preserve">        }</w:t>
        <w:br/>
        <w:br/>
        <w:t xml:space="preserve">        return sb.toString();</w:t>
        <w:br/>
        <w:t xml:space="preserve">    }</w:t>
        <w:br/>
        <w:br/>
        <w:t xml:space="preserve">    /**</w:t>
        <w:br/>
        <w:t xml:space="preserve">     * 除去数组中的空值和签名参数</w:t>
        <w:br/>
        <w:t xml:space="preserve">     * @param sArray 签名参数组</w:t>
        <w:br/>
        <w:t xml:space="preserve">     * @return 去掉空值与签名参数后的新签名参数组</w:t>
        <w:br/>
        <w:t xml:space="preserve">     */</w:t>
        <w:br/>
        <w:t xml:space="preserve">    private static Map&lt;String, String&gt; paraFilter(Map&lt;String, String&gt; sArray) {</w:t>
        <w:br/>
        <w:br/>
        <w:t xml:space="preserve">        Map&lt;String, String&gt; result = new HashMap&lt;&gt;();</w:t>
        <w:br/>
        <w:br/>
        <w:t xml:space="preserve">        if (sArray == null || sArray.size() &lt;= 0) {</w:t>
        <w:br/>
        <w:t xml:space="preserve">            return result;</w:t>
        <w:br/>
        <w:t xml:space="preserve">        }</w:t>
        <w:br/>
        <w:br/>
        <w:t xml:space="preserve">        for (String key : sArray.keySet()) {</w:t>
        <w:br/>
        <w:t xml:space="preserve">            String value = sArray.get(key);</w:t>
        <w:br/>
        <w:t xml:space="preserve">            if (value == null || value.equals("") || key.equalsIgnoreCase("sign")</w:t>
        <w:br/>
        <w:t xml:space="preserve">                    || key.equalsIgnoreCase("sign_type")) {</w:t>
        <w:br/>
        <w:t xml:space="preserve">                continue;</w:t>
        <w:br/>
        <w:t xml:space="preserve">            }</w:t>
        <w:br/>
        <w:t xml:space="preserve">            result.put(key, value);</w:t>
        <w:br/>
        <w:t xml:space="preserve">        }</w:t>
        <w:br/>
        <w:br/>
        <w:t xml:space="preserve">        return result;</w:t>
        <w:br/>
        <w:t xml:space="preserve">    }</w:t>
        <w:br/>
        <w:br/>
        <w:t>}</w:t>
      </w: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$params = array(</w:t>
        <w:br/>
        <w:t xml:space="preserve">  'appId' =&gt; $appId,</w:t>
        <w:br/>
        <w:t xml:space="preserve">  'timestamp' =&gt; $timestamp</w:t>
        <w:br/>
        <w:t>);</w:t>
        <w:br/>
        <w:br/>
        <w:t>//生成sign</w:t>
        <w:br/>
        <w:t>$sign = getSign($params); //详细查看config.php文件的getSign方法</w:t>
        <w:br/>
        <w:br/>
        <w:t>$json = '{"queryPointUrl": "xxx","updatePointUrl": "yyy","requestFailTips": "请求失败了","pointNotEnoughTips": "积分不足啊","pointUnit": "Q币","goods": [{"goodName": "鲜花123","goodImg": "//livestatic.videocc.net/uploaded/images/webapp/channel/donate/01-flower.png","goodPrice": 123,"goodEnabled": "N"},{"goodName": "大跑车","goodImg": "//livestatic.videocc.net/uploaded/images/webapp/channel/donate/08-car.png","goodPrice": 999,"goodEnabled": "Y"}]}';</w:t>
        <w:br/>
        <w:br/>
        <w:t>$params["sign"] = $sign;</w:t>
        <w:br/>
        <w:t>$url="http://api.polyv.net/live/v3/channel/donate/update-point?".http_build_query($params);</w:t>
        <w:br/>
        <w:br/>
        <w:t>function post($url, $post_data = '', $timeout = 5){</w:t>
        <w:br/>
        <w:t xml:space="preserve">   $ch = curl_init();</w:t>
        <w:br/>
        <w:t xml:space="preserve">   curl_setopt ($ch, CURLOPT_URL, $url);</w:t>
        <w:br/>
        <w:t xml:space="preserve">   curl_setopt ($ch, CURLOPT_POST, 1);</w:t>
        <w:br/>
        <w:t xml:space="preserve">   if($post_data != ''){</w:t>
        <w:br/>
        <w:t xml:space="preserve">      curl_setopt($ch, CURLOPT_POSTFIELDS, $post_data);</w:t>
        <w:br/>
        <w:t xml:space="preserve">   }</w:t>
        <w:br/>
        <w:br/>
        <w:t xml:space="preserve">   curl_setopt ($ch, CURLOPT_RETURNTRANSFER, 1);</w:t>
        <w:br/>
        <w:t xml:space="preserve">   curl_setopt ($ch, CURLOPT_CONNECTTIMEOUT, $timeout);</w:t>
        <w:br/>
        <w:t xml:space="preserve">   curl_setopt($ch, CURLOPT_HEADER, false);</w:t>
        <w:br/>
        <w:t xml:space="preserve">   curl_setopt($ch, CURLOPT_HTTPHEADER, array('Content-Type: application/json', 'Content-Length: ' . strlen($post_data)));</w:t>
        <w:br/>
        <w:t xml:space="preserve">   $file_contents = curl_exec($ch);</w:t>
        <w:br/>
        <w:t xml:space="preserve">   curl_close($ch);</w:t>
        <w:br/>
        <w:t xml:space="preserve">   return $file_contents;</w:t>
        <w:br/>
        <w:t>}</w:t>
        <w:br/>
        <w:br/>
        <w:t>echo post($url,$json);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修改账号积分打赏设置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