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删除问卷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https://api.polyv.net/live/v3/channel/questionnaire/delete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1、接口用于删除问卷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问卷id,修改问卷时需要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"success"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问卷ID不存在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"data": "",</w:t>
        <w:br/>
        <w:t xml:space="preserve">    "message": "questionnaire is not exist",</w:t>
        <w:br/>
        <w:t xml:space="preserve">    "status": "error"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成功提示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br/>
        <w:t>$params = array(</w:t>
        <w:br/>
        <w:tab/>
        <w:t>'appId' =&gt; $appId,</w:t>
        <w:br/>
        <w:tab/>
        <w:t>'timestamp' =&gt; $timestamp,</w:t>
        <w:br/>
        <w:tab/>
        <w:t>'channelId' =&gt; 206204,</w:t>
        <w:br/>
        <w:tab/>
        <w:t>'questionnaireId' =&gt; questionnaireId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"https://api.polyv.net/live/v3/channel/questionnaire/delete?".http_build_query($params);</w:t>
        <w:br/>
        <w:br/>
        <w:t>function post($url, $post_data = '', $timeout = 5){</w:t>
        <w:br/>
        <w:tab/>
        <w:t>$ch = curl_init();</w:t>
        <w:br/>
        <w:tab/>
        <w:t>curl_setopt ($ch, CURLOPT_URL, $url);</w:t>
        <w:br/>
        <w:tab/>
        <w:t>curl_setopt ($ch, CURLOPT_POST, 1);</w:t>
        <w:br/>
        <w:tab/>
        <w:t>if($post_data != ''){</w:t>
        <w:br/>
        <w:tab/>
        <w:t xml:space="preserve">   curl_setopt($ch, CURLOPT_POSTFIELDS, $post_data);</w:t>
        <w:br/>
        <w:tab/>
        <w:t>}</w:t>
        <w:br/>
        <w:br/>
        <w:tab/>
        <w:t>curl_setopt ($ch, CURLOPT_RETURNTRANSFER, 1);</w:t>
        <w:br/>
        <w:tab/>
        <w:t>curl_setopt ($ch, CURLOPT_CONNECTTIMEOUT, $timeout);</w:t>
        <w:br/>
        <w:tab/>
        <w:t>curl_setopt($ch, CURLOPT_HEADER, false);</w:t>
        <w:br/>
        <w:tab/>
        <w:t>curl_setopt($ch, CURLOPT_HTTPHEADER, array('Content-Type: application/json', 'Content-Length: ' . strlen($post_data)));</w:t>
        <w:br/>
        <w:tab/>
        <w:t>$file_contents = curl_exec($ch);</w:t>
        <w:br/>
        <w:tab/>
        <w:t>curl_close($ch);</w:t>
        <w:br/>
        <w:tab/>
        <w:t>return $file_contents;</w:t>
        <w:br/>
        <w:t>}</w:t>
        <w:br/>
        <w:br/>
        <w:t>echo post($url,$json);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删除问卷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