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分页获取聊天室信息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http://api.polyv.net/live/v2/chat/{channelId}/getHistoryByPage</w:t>
      </w:r>
    </w:p>
    <w:p>
      <w:pPr>
        <w:pStyle w:val="Heading2"/>
      </w:pPr>
      <w:r>
        <w:t>接口说明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1、作用：查询一段时间内的聊天记录，时间格式为yyyy-MM-dd 或 yyyy-MM-dd HH:mm:ss。</w:t>
        <w:br/>
        <w:t>如未提交具体时间，只提交了日期，开始时间默认为日期当天的 00:00:00，结束时间为日期当天的23:59:59</w:t>
        <w:br/>
        <w:t>2、接口支持https协议</w:t>
        <w:br/>
        <w:t>3、接口URL中的{channelId}为 频道ID</w:t>
      </w:r>
    </w:p>
    <w:p>
      <w:pPr>
        <w:pStyle w:val="Heading2"/>
      </w:pPr>
      <w:r>
        <w:t>支持格式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JSON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POST,GET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startDay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聊天记录的开始时间，格式要求为yyyy-MM-dd(如：2017-08-01)或者 yyyy-MM-dd HH:mm:ss （如：2017-08-01 16:30:12）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endDay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聊天记录的结束时间，要求同上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从API设置中获取，在直播系统登记的appId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获取第几页聊天记录，默认为1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limit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每页记录数，默认为1000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签名，32位大写MD5值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用户类型，可以选择多个类型，用英文逗号隔开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"data": {</w:t>
        <w:br/>
        <w:t xml:space="preserve">        "list": [</w:t>
        <w:br/>
        <w:t xml:space="preserve">            {</w:t>
        <w:br/>
        <w:t xml:space="preserve">                "clientIP": "",</w:t>
        <w:br/>
        <w:t xml:space="preserve">                "content": "ss",</w:t>
        <w:br/>
        <w:t xml:space="preserve">                "event": "0",</w:t>
        <w:br/>
        <w:t xml:space="preserve">                "id": "29451af0-e936-11e7-b267-81b6b5e6b627",</w:t>
        <w:br/>
        <w:t xml:space="preserve">                "image": "",</w:t>
        <w:br/>
        <w:t xml:space="preserve">                "msyType": "0",</w:t>
        <w:br/>
        <w:t xml:space="preserve">                "roomId": "110867",</w:t>
        <w:br/>
        <w:t xml:space="preserve">                "time": 1514180448799,</w:t>
        <w:br/>
        <w:t xml:space="preserve">                "user": {</w:t>
        <w:br/>
        <w:t xml:space="preserve">                    "banned": false,</w:t>
        <w:br/>
        <w:t xml:space="preserve">                    "clientIp": "39.155.185.29",</w:t>
        <w:br/>
        <w:t xml:space="preserve">                    "nick": "游客",</w:t>
        <w:br/>
        <w:t xml:space="preserve">                    "pic": "http://www.polyv.net/images/effect/effect-device.png",</w:t>
        <w:br/>
        <w:t xml:space="preserve">                    "roomId": "110867",</w:t>
        <w:br/>
        <w:t xml:space="preserve">                    "uid": "P-X2nETUdWGEGmEJEqL8",</w:t>
        <w:br/>
        <w:t xml:space="preserve">                    "userId": "4b6c3fba-5774-4807-a34e-bb9bc306236e",</w:t>
        <w:br/>
        <w:t xml:space="preserve">                    "userType": "slice"</w:t>
        <w:br/>
        <w:t xml:space="preserve">                },</w:t>
        <w:br/>
        <w:t xml:space="preserve">                "userType": "\"slice\""</w:t>
        <w:br/>
        <w:t xml:space="preserve">            },</w:t>
        <w:br/>
        <w:t xml:space="preserve">            {</w:t>
        <w:br/>
        <w:t xml:space="preserve">                "clientIP": "",</w:t>
        <w:br/>
        <w:t xml:space="preserve">                "content": "哈哈",</w:t>
        <w:br/>
        <w:t xml:space="preserve">                "event": "0",</w:t>
        <w:br/>
        <w:t xml:space="preserve">                "id": "f812f360-e94b-11e7-b267-81b6b5e6b627",</w:t>
        <w:br/>
        <w:t xml:space="preserve">                "image": "",</w:t>
        <w:br/>
        <w:t xml:space="preserve">                "msyType": "0",</w:t>
        <w:br/>
        <w:t xml:space="preserve">                "roomId": "110867",</w:t>
        <w:br/>
        <w:t xml:space="preserve">                "time": 1514189815190,</w:t>
        <w:br/>
        <w:t xml:space="preserve">                "user": {</w:t>
        <w:br/>
        <w:t xml:space="preserve">                    "banned": false,</w:t>
        <w:br/>
        <w:t xml:space="preserve">                    "clientIp": "",</w:t>
        <w:br/>
        <w:t xml:space="preserve">                    "nick": "游客",</w:t>
        <w:br/>
        <w:t xml:space="preserve">                    "pic": "http://www.polyv.net/images/effect/effect-device.png",</w:t>
        <w:br/>
        <w:t xml:space="preserve">                    "roomId": "110867",</w:t>
        <w:br/>
        <w:t xml:space="preserve">                    "uid": "hzx-KN4fAjBnEeumEsY1",</w:t>
        <w:br/>
        <w:t xml:space="preserve">                    "userId": "1514189810254",</w:t>
        <w:br/>
        <w:t xml:space="preserve">                    "userType": ""</w:t>
        <w:br/>
        <w:t xml:space="preserve">                },</w:t>
        <w:br/>
        <w:t xml:space="preserve">                "userType": ""</w:t>
        <w:br/>
        <w:t xml:space="preserve">            }</w:t>
        <w:br/>
        <w:t xml:space="preserve">        ],</w:t>
        <w:br/>
        <w:t xml:space="preserve">        "page": 1,</w:t>
        <w:br/>
        <w:t xml:space="preserve">        "size": 2,</w:t>
        <w:br/>
        <w:t xml:space="preserve">        "totalCount": 6126,</w:t>
        <w:br/>
        <w:t xml:space="preserve">        "totalPage": 3063</w:t>
        <w:br/>
        <w:t xml:space="preserve">    },</w:t>
        <w:br/>
        <w:t xml:space="preserve">    "message": "",</w:t>
        <w:br/>
        <w:t xml:space="preserve">    "status": "success"</w:t>
        <w:br/>
        <w:t>}</w:t>
      </w:r>
    </w:p>
    <w:p>
      <w:pPr>
        <w:pStyle w:val="Heading2"/>
      </w:pPr>
      <w:r>
        <w:t>响应失败JSON示例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频道号错误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"channel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开始时间为空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"startDay can not be empty.",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结束时间为空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"endDay can not be empty.",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开始时间格式不正确 （正确格式为yyyy-MM-dd）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"the startDay is no right.",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开始时间格式不正确 （正确格式为yyyy-MM-dd）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"the endDay is no right.",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结束时间晚于开始时间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"the endDay can not be earlier than the startDay.",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其他错误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"无法访问聊天室数据",</w:t>
        <w:br/>
        <w:t xml:space="preserve">    "data": ""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名说明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请求状态响应码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clientIP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用户IP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聊天内容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聊天消息id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图片消息的图片地址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roomId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发送消息时的时间戳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clientIp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用户IP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观众昵称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pic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观众头像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roomId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socket分配的id，其中 uid=1 表示打赏、uid=2 表示自定义消息、uid=3 表示红包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用户唯一标示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用户类型，目前有teacher(老师)、assistant（助教）、manager（管理员）、slice（云课堂学员）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size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每页数据大小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totalCount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总数据大小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</w:tbl>
    <w:p>
      <w:pPr>
        <w:spacing w:after="40"/>
      </w:pPr>
    </w:p>
    <w:p>
      <w:pPr>
        <w:pStyle w:val="Heading2"/>
      </w:pPr>
      <w:r>
        <w:t>php请求示例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t>//引用config.php</w:t>
        <w:br/>
        <w:t>include 'config.php';</w:t>
        <w:br/>
        <w:br/>
        <w:t>//接口需要的参数（非sign）赋值</w:t>
        <w:br/>
        <w:t>$channelId = "127075";</w:t>
        <w:br/>
        <w:t>$startDay = "2017-08-24";</w:t>
        <w:br/>
        <w:t>$endDay = "2018-08-24";</w:t>
        <w:br/>
        <w:br/>
        <w:t>$params = array(</w:t>
        <w:br/>
        <w:t xml:space="preserve">    'appId'=&gt;$appId,</w:t>
        <w:br/>
        <w:t xml:space="preserve">    'startDay'=&gt;$startDay,</w:t>
        <w:br/>
        <w:t xml:space="preserve">    'endDay'=&gt;$endDay,</w:t>
        <w:br/>
        <w:t xml:space="preserve">    'timestamp'=&gt;$timestamp</w:t>
        <w:br/>
        <w:t xml:space="preserve">  );</w:t>
        <w:br/>
        <w:br/>
        <w:t>//生成sign</w:t>
        <w:br/>
        <w:t>$sign = getSign($params); //详细查看config.php文件的getSign方法</w:t>
        <w:br/>
        <w:br/>
        <w:t>//接口请求url</w:t>
        <w:br/>
        <w:t>$url = "http://api.polyv.net/live/v2/chat/{channelId}/getHistoryByPage?appId=$appId&amp;timestamp=$timestamp&amp;sign=$sign&amp;startDay=$startDay&amp;endDay=$endDay";</w:t>
        <w:br/>
        <w:br/>
        <w:t>//输出接口请求结果</w:t>
        <w:br/>
        <w:t>echo file_get_contents($url);</w:t>
        <w:br/>
        <w:br/>
        <w:t>?&gt;</w:t>
      </w:r>
    </w:p>
    <w:p>
      <w:pPr>
        <w:pStyle w:val="Heading2"/>
      </w:pPr>
      <w:r>
        <w:t>签名规则(config.php文件代码查看)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分页获取聊天室信息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