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获取oss的上传凭证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https://api.polyv.net/live/v3/common/image/get-token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1、接口用于获取上传OSS的凭证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"code": 200,</w:t>
        <w:br/>
        <w:t>"status": "success",</w:t>
        <w:br/>
        <w:t>"message": "",</w:t>
        <w:br/>
        <w:t>"data": {</w:t>
        <w:br/>
        <w:t>"accessid": "LTAIjcVf4Pr7yABI",</w:t>
        <w:br/>
        <w:t>"signature": "j8VTDUnrHMIfVgkRiyIUrSrI1hg=",</w:t>
        <w:br/>
        <w:t>"expire": "1555923547",</w:t>
        <w:br/>
        <w:t>"host": "liveimages.videocc.net",</w:t>
        <w:br/>
        <w:t>"dir": "uploadimage/20190422/",</w:t>
        <w:br/>
        <w:t>"policy": "eyJleHBpcmF0aW9uIjoiMjAxOS0wNC0yMlQwODo1OTowNy45MThaIiwiY29uZGl0aW9ucyI6W1siY29udGVudC1sZW5ndGgtcmFuZ2UiLDAsMzIyMTIyNTQ3MjBdLFsic3RhcnRzLXdpdGgiLCIka2V5IiwidXBsb2FkaW1hZ2UvMjAxOTA0MjIvIl1dfQ=="</w:t>
        <w:br/>
        <w:t>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成功响应时为相关的凭证信息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'/srv/http/config.php';</w:t>
        <w:br/>
        <w:t>$params = array(</w:t>
        <w:br/>
        <w:t xml:space="preserve">  'appId' =&gt; $appId,</w:t>
        <w:br/>
        <w:t xml:space="preserve">  'timestamp' =&gt; $timestamp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"https://api.polyv.net/live/v3/common/image/get-token?".http_build_query($params);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CURLOPT_POST, 1);</w:t>
        <w:br/>
        <w:t>curl_setopt($curl, CURLOPT_URL, $url);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获取oss的上传凭证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