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获取频道的积分打赏开关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http://api.polyv.net/live/v3/channel/donate/get-point-enabled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1、接口用于获取频道的积分打赏开关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{</w:t>
        <w:br/>
        <w:t xml:space="preserve">  "donatePointEnabled" : "N",</w:t>
        <w:br/>
        <w:t xml:space="preserve">  "globalPointDonateEnabled" : "Y"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成功响应时返回开关数据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data.donatePointEnabled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频道的积分打赏开关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data.globalPointDonateEnabled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当前账号的积分打赏设置开关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'/srv/http/config.php';</w:t>
        <w:br/>
        <w:t>$channelId = '要查询的频道号';</w:t>
        <w:br/>
        <w:t>$params = array(</w:t>
        <w:br/>
        <w:t xml:space="preserve">  'appId' =&gt; $appId,</w:t>
        <w:br/>
        <w:t xml:space="preserve">  'channelId' =&gt; $channelId,</w:t>
        <w:br/>
        <w:t xml:space="preserve">  'timestamp' =&gt; $timestamp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"http://api.polyv.net/live/v3/channel/donate/get-point-enabled?".http_build_query($params);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获取频道的积分打赏开关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