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获取账号积分打赏设置</w:t>
      </w:r>
    </w:p>
    <w:p>
      <w:pPr>
        <w:pStyle w:val="Heading2"/>
      </w:pPr>
      <w:r>
        <w:t>接口URL</w:t>
      </w:r>
    </w:p>
    <w:p>
      <w:r>
        <w:rPr>
          <w:rFonts w:ascii="Menlo" w:hAnsi="Menlo"/>
          <w:color w:val="444444"/>
          <w:sz w:val="20"/>
        </w:rPr>
        <w:t>http://api.polyv.net/live/v3/channel/donate/get-point-setting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1、获取账号通用设置的积分打赏设置,如果提交channelId,接口同时返回频道的积分打赏开关设置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2、频道的积分打赏开关生效的前提为通用设置的积分打赏也同时为开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3、支持https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账号应用下的appId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当前时间的毫秒级时间戳（13位）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是否需要查询频道的设置</w:t>
            </w:r>
          </w:p>
        </w:tc>
      </w:tr>
    </w:tbl>
    <w:p>
      <w:pPr>
        <w:spacing w:after="40"/>
      </w:pPr>
    </w:p>
    <w:p>
      <w:pPr>
        <w:pStyle w:val="Heading2"/>
      </w:pPr>
      <w:r>
        <w:t>操作成功响应示例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"userId": "edvf2fpec9",</w:t>
        <w:br/>
        <w:t xml:space="preserve">        "donatePointEnabled": "N",</w:t>
        <w:br/>
        <w:tab/>
        <w:tab/>
        <w:t>"channelDonatePointEnabled": null,</w:t>
        <w:br/>
        <w:t xml:space="preserve">        "queryPointUrl": null,</w:t>
        <w:br/>
        <w:t xml:space="preserve">        "updatePointUrl": null,</w:t>
        <w:br/>
        <w:t xml:space="preserve">        "requestFailTips": "积分异常，请稍后重试",</w:t>
        <w:br/>
        <w:t xml:space="preserve">        "pointNotEnoughTips": "积分不足，无法打赏",</w:t>
        <w:br/>
        <w:t xml:space="preserve">        "pointUnit": "点",</w:t>
        <w:br/>
        <w:t xml:space="preserve">        "goods": [</w:t>
        <w:br/>
        <w:t xml:space="preserve">            {</w:t>
        <w:br/>
        <w:t xml:space="preserve">                "goodName": "鲜花",</w:t>
        <w:br/>
        <w:t xml:space="preserve">                "goodImg": "//livestatic.videocc.net/uploaded/images/webapp/channel/donate/01-flower.png",</w:t>
        <w:br/>
        <w:t xml:space="preserve">                "goodPrice": 0.00,</w:t>
        <w:br/>
        <w:t xml:space="preserve">                "goodEnabled": "Y"</w:t>
        <w:br/>
        <w:t xml:space="preserve">            },</w:t>
        <w:br/>
        <w:t xml:space="preserve">            {</w:t>
        <w:br/>
        <w:t xml:space="preserve">                "goodName": "咖啡",</w:t>
        <w:br/>
        <w:t xml:space="preserve">                "goodImg": "//livestatic.videocc.net/uploaded/images/webapp/channel/donate/02-coffee.png",</w:t>
        <w:br/>
        <w:t xml:space="preserve">                "goodPrice": 5.00,</w:t>
        <w:br/>
        <w:t xml:space="preserve">                "goodEnabled": "Y"</w:t>
        <w:br/>
        <w:t xml:space="preserve">            },</w:t>
        <w:br/>
        <w:t xml:space="preserve">            {</w:t>
        <w:br/>
        <w:t xml:space="preserve">                "goodName": "点赞",</w:t>
        <w:br/>
        <w:t xml:space="preserve">                "goodImg": "//livestatic.videocc.net/uploaded/images/webapp/channel/donate/03-good.png",</w:t>
        <w:br/>
        <w:t xml:space="preserve">                "goodPrice": 10.00,</w:t>
        <w:br/>
        <w:t xml:space="preserve">                "goodEnabled": "Y"</w:t>
        <w:br/>
        <w:t xml:space="preserve">            },</w:t>
        <w:br/>
        <w:t xml:space="preserve">            {</w:t>
        <w:br/>
        <w:t xml:space="preserve">                "goodName": "掌声",</w:t>
        <w:br/>
        <w:t xml:space="preserve">                "goodImg": "//livestatic.videocc.net/uploaded/images/webapp/channel/donate/04-applaud.png",</w:t>
        <w:br/>
        <w:t xml:space="preserve">                "goodPrice": 15.00,</w:t>
        <w:br/>
        <w:t xml:space="preserve">                "goodEnabled": "Y"</w:t>
        <w:br/>
        <w:t xml:space="preserve">            },</w:t>
        <w:br/>
        <w:t xml:space="preserve">            {</w:t>
        <w:br/>
        <w:t xml:space="preserve">                "goodName": "666",</w:t>
        <w:br/>
        <w:t xml:space="preserve">                "goodImg": "//livestatic.videocc.net/uploaded/images/webapp/channel/donate/05-666.png",</w:t>
        <w:br/>
        <w:t xml:space="preserve">                "goodPrice": 20.00,</w:t>
        <w:br/>
        <w:t xml:space="preserve">                "goodEnabled": "Y"</w:t>
        <w:br/>
        <w:t xml:space="preserve">            },</w:t>
        <w:br/>
        <w:t xml:space="preserve">            {</w:t>
        <w:br/>
        <w:t xml:space="preserve">                "goodName": "小星星",</w:t>
        <w:br/>
        <w:t xml:space="preserve">                "goodImg": "//livestatic.videocc.net/uploaded/images/webapp/channel/donate/06-star.png",</w:t>
        <w:br/>
        <w:t xml:space="preserve">                "goodPrice": 25.00,</w:t>
        <w:br/>
        <w:t xml:space="preserve">                "goodEnabled": "Y"</w:t>
        <w:br/>
        <w:t xml:space="preserve">            },</w:t>
        <w:br/>
        <w:t xml:space="preserve">            {</w:t>
        <w:br/>
        <w:t xml:space="preserve">                "goodName": "钻石",</w:t>
        <w:br/>
        <w:t xml:space="preserve">                "goodImg": "//livestatic.videocc.net/uploaded/images/webapp/channel/donate/07-diamond.png",</w:t>
        <w:br/>
        <w:t xml:space="preserve">                "goodPrice": 30.00,</w:t>
        <w:br/>
        <w:t xml:space="preserve">                "goodEnabled": "Y"</w:t>
        <w:br/>
        <w:t xml:space="preserve">            },</w:t>
        <w:br/>
        <w:t xml:space="preserve">            {</w:t>
        <w:br/>
        <w:t xml:space="preserve">                "goodName": "跑车",</w:t>
        <w:br/>
        <w:t xml:space="preserve">                "goodImg": "//livestatic.videocc.net/uploaded/images/webapp/channel/donate/08-car.png",</w:t>
        <w:br/>
        <w:t xml:space="preserve">                "goodPrice": 50.00,</w:t>
        <w:br/>
        <w:t xml:space="preserve">                "goodEnabled": "Y"</w:t>
        <w:br/>
        <w:t xml:space="preserve">            },</w:t>
        <w:br/>
        <w:t xml:space="preserve">            {</w:t>
        <w:br/>
        <w:t xml:space="preserve">                "goodName": "火箭",</w:t>
        <w:br/>
        <w:t xml:space="preserve">                "goodImg": "//livestatic.videocc.net/uploaded/images/webapp/channel/donate/09-rocket.png",</w:t>
        <w:br/>
        <w:t xml:space="preserve">                "goodPrice": 100.00,</w:t>
        <w:br/>
        <w:t xml:space="preserve">                "goodEnabled": "Y"</w:t>
        <w:br/>
        <w:t xml:space="preserve">            }</w:t>
        <w:br/>
        <w:t xml:space="preserve">        ]</w:t>
        <w:br/>
        <w:t xml:space="preserve">    }</w:t>
        <w:br/>
        <w:t>}</w:t>
      </w:r>
    </w:p>
    <w:p>
      <w:pPr>
        <w:pStyle w:val="Heading2"/>
      </w:pPr>
      <w:r>
        <w:t>操作失败响应示例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响应字段说明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响应代码，成功为200，失败为400，签名错误为403，异常错误500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donatePointEnabled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积分打赏设置开关，取值Y/N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channelDonatePointEnabled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频道的积分打赏设置开关，取值Y/N/null, 仅当donatePointEnabled=Y 和channelDonatePointEnabled = Y 时表示频道启用积分打赏设置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queryPointUrl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获取观众积分接口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updatePointUrl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更新观众积分接口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requestFailTips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接口请求失败错误提示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pointNotEnoughTips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打赏积分不足提示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pointUnit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积分的单位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积分打赏道具列表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goods[].goodName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goods[].goodImg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goods[].goodPrice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道具价格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goods[].goodEnabled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道具的开关，取值Y/N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'config.php';</w:t>
        <w:br/>
        <w:br/>
        <w:t>$params = array(</w:t>
        <w:br/>
        <w:tab/>
        <w:t>'appId' =&gt; $appId,</w:t>
        <w:br/>
        <w:tab/>
        <w:t>'timestamp' =&gt; $timestamp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//接口请求url</w:t>
        <w:br/>
        <w:t>$url = "`https://api.polyv.net/live/v3/channel/donate/get-point-setting?appId=".$appId."&amp;sign=".$sign."&amp;timestamp=".$timestamp;</w:t>
        <w:br/>
        <w:t>//输出接口请求结果</w:t>
        <w:br/>
        <w:t>echo file_get_contents($url);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获取账号积分打赏设置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