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直播结束后成功生成观看日志后的接口回调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作用：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账号下直播结束后，观看日志成功生成会对所设置的接口地址进行回调通知。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详情：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接口地址后，如果直播结束后观看日志成功生成，将以GET方式提交到给用户自定义的回调接口进行通知，如：http://abc.com/viewlogCallback?channelId=123456&amp;timestamp=1388888884444&amp;sign=xxxxxxx&amp;sessionId=xxxxxddd&amp;startTime=1557976777111&amp;endTime=1557976777111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频道号ID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timestamp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13位的时间戳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校验的加密字符串，生成的规则md5(AppSecret+timestamp)，AppSecret是直播系统的用密匙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sessionId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直播的场次ID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startTime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13位的时间戳，直播的开始时间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endTime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13位的时间戳，直播的结束时间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注意: 提交的接口地址必须要以http:// 或者https:// 开头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直播结束后成功生成观看日志后的接口回调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