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获取频道详情信息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http://api.polyv.net/live/v3/channel/detail/get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1、接口用于频道的简单详情信息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101385,</w:t>
        <w:br/>
        <w:t xml:space="preserve">        "name": "测试的频道号",</w:t>
        <w:br/>
        <w:t xml:space="preserve">        "publisher": "liveTest1",</w:t>
        <w:br/>
        <w:t xml:space="preserve">        "startTime": 1500496639000,</w:t>
        <w:br/>
        <w:t xml:space="preserve">        "channelPasswd": "abcdefg",</w:t>
        <w:br/>
        <w:t xml:space="preserve">        "scene": "ppt",</w:t>
        <w:br/>
        <w:t xml:space="preserve">        "maxViewer": 100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data.publisher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频道主持人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data.startTime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开始直播时间的时间戳，未设置过返回0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data.channelPasswd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直播场景，alone(活动直播),topclass(大班)，ppt（三分屏）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data.cnAndEnLiveEnabled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中英文直播间标识，N不开启中英直播间 、Y开启中英直播间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data.englishSettingEnabled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英文直播间独立配置，N不开启、Y开启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data.channelEnglishName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直播名称英文文案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data.publisherEnglishName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主持人名称英文文案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获取频道详情信息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