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设置单点登陆token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https://api.polyv.net/live/v2/channels/{channelId}/set-token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1、设置频道单点登陆的token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3、接口URL中的{channelId}为 频道ID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GET,POST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唯一的字符串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请求状态响应码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成功时候返回，success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//接口需要的参数（非sign）赋值</w:t>
        <w:br/>
        <w:t>$channelId = "127075";</w:t>
        <w:br/>
        <w:t>$token = "skudjjdkkkkk";</w:t>
        <w:br/>
        <w:br/>
        <w:t>$params = array(</w:t>
        <w:br/>
        <w:t xml:space="preserve">    'appId'=&gt;$appId,</w:t>
        <w:br/>
        <w:t xml:space="preserve">    'token'=&gt;$token,</w:t>
        <w:br/>
        <w:t xml:space="preserve">    'timestamp'=&gt;$timestamp</w:t>
        <w:br/>
        <w:t xml:space="preserve">  );</w:t>
        <w:br/>
        <w:br/>
        <w:t>//生成sign</w:t>
        <w:br/>
        <w:t>$sign = getSign($params); //详细查看config.php文件的getSign方法</w:t>
        <w:br/>
        <w:br/>
        <w:t>//接口请求url</w:t>
        <w:br/>
        <w:t>$url = "https://api.polyv.net/live/v2/channels/$channelId/set-token?appId=$appId&amp;timestamp=$timestamp&amp;token=$token&amp;sign=$sign";</w:t>
        <w:br/>
        <w:br/>
        <w:t>//输出接口请求结果</w:t>
        <w:br/>
        <w:t>echo file_get_contents($url);</w:t>
        <w:br/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设置单点登陆token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