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直播推流小程序开发</w:t>
      </w:r>
    </w:p>
    <w:p>
      <w:pPr>
        <w:pStyle w:val="Heading3"/>
      </w:pPr>
      <w:r>
        <w:t>小程序主要界面：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login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setting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push</w:t>
      </w:r>
    </w:p>
    <w:p>
      <w:pPr>
        <w:pStyle w:val="Heading3"/>
      </w:pPr>
      <w:r>
        <w:t>开发前准备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1.小程序微信开发者后台设置-开发设置-服务器域名中配置 [request合法域名]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7886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2807018a94672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788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2.小程序微信开发者后台设置-接口设置中打开实时播放音视频流、实时录制音视频流开关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3969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32f4176dad18b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396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接口说明</w:t>
      </w:r>
    </w:p>
    <w:p>
      <w:pPr>
        <w:pStyle w:val="Heading2"/>
      </w:pPr>
      <w:r>
        <w:t>接口一：获取推流地址</w:t>
      </w:r>
    </w:p>
    <w:p>
      <w:pPr>
        <w:pStyle w:val="Heading3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https://live.polyv.net/api/v2/teacher_login.json</w:t>
      </w:r>
    </w:p>
    <w:p>
      <w:pPr>
        <w:pStyle w:val="Heading3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3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md5(频道密码)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3"/>
      </w:pPr>
      <w:r>
        <w:t>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1、passwd规则：md5(password)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password(频道密码): 461666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passwd = md5(461666) = aeb0e56d32d841cbc52b0ed18721167e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2、sign规则：md5("live.polyv.net" + channelId + passwd + timestamp)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channelId:153884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passwd: aeb0e56d32d841cbc52b0ed18721167e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timestamp: 1516327146366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 = md5(live.polyv.net153884aeb0e56d32d841cbc52b0ed18721167e1516327146366)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 = 32046e6a4bab8d95de9e5bc6fc4630e7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请求成功后需要用到的字段解释：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url: "rtmp://push2.videocc.net/recordfe/"  //推流域名</w:t>
        <w:br/>
        <w:tab/>
        <w:t>stream："16ad889b3d20180118174258966" //流名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推流地址获取规则：url + stream；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示例：rtmp://push2.videocc.net/recordfe/16ad889b3d20180118174258966</w:t>
      </w:r>
    </w:p>
    <w:p>
      <w:pPr>
        <w:pStyle w:val="Heading2"/>
      </w:pPr>
      <w:r>
        <w:t>接口二：设置频道名称</w:t>
      </w:r>
    </w:p>
    <w:p>
      <w:pPr>
        <w:pStyle w:val="Heading3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https://api.live.polyv.net/v1/channels/{channelId}/update</w:t>
      </w:r>
    </w:p>
    <w:p>
      <w:pPr>
        <w:pStyle w:val="Heading3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3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要修改的名字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3"/>
      </w:pPr>
      <w:r>
        <w:t>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大写的MD5值：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"APPCHANNELSET" + "channelId=" + channelId + "name=" + name + "APPCHANNELSET"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示例：str = APPCHANNELSETchannelId=153884name=小程序推流测试testAPPCHANNELSET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Md5(str) = 03395ed7f948a6f8cc63a5eeba21ccb7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注意：转成大写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sign = 03395ED7F948A6F8CC63A5EEBA21CCB7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返回结果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status: "success",</w:t>
        <w:br/>
        <w:tab/>
        <w:t>result: "update channel successfully"</w:t>
        <w:br/>
        <w:t>}</w:t>
      </w:r>
    </w:p>
    <w:p>
      <w:pPr>
        <w:pStyle w:val="Heading2"/>
      </w:pPr>
      <w:r>
        <w:t>接口三：获取聊天室观众人数</w:t>
      </w:r>
    </w:p>
    <w:p>
      <w:pPr>
        <w:pStyle w:val="Heading3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https://api.chat.polyv.net/front/listUsers</w:t>
      </w:r>
    </w:p>
    <w:p>
      <w:pPr>
        <w:pStyle w:val="Heading3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3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返回结果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count: 0,  //在线人数</w:t>
        <w:br/>
        <w:tab/>
        <w:t>userlist: [] //在线用户列表</w:t>
        <w:br/>
        <w:t>}</w:t>
      </w:r>
    </w:p>
    <w:p>
      <w:pPr>
        <w:pStyle w:val="Heading2"/>
      </w:pPr>
      <w:r>
        <w:t>推流小程序sdk下载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直播推流小程序开发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