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直播答题-获取频道下所有套题信息</w:t>
      </w:r>
    </w:p>
    <w:p>
      <w:pPr>
        <w:pStyle w:val="Heading2"/>
      </w:pPr>
      <w:r>
        <w:t>接口URL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http://api.polyv.net/live/v2/channels/{channelId}/qa-groups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（注：{channelId}是频道ID）</w:t>
      </w:r>
    </w:p>
    <w:p>
      <w:pPr>
        <w:pStyle w:val="Heading2"/>
      </w:pPr>
      <w:r>
        <w:t>接口说明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1、作用：获取频道下的套题列表信息。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2、接口支持https协议</w:t>
      </w:r>
    </w:p>
    <w:p>
      <w:pPr>
        <w:pStyle w:val="Heading2"/>
      </w:pPr>
      <w:r>
        <w:t>支持格式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JSON</w:t>
      </w:r>
    </w:p>
    <w:p>
      <w:pPr>
        <w:pStyle w:val="Heading2"/>
      </w:pPr>
      <w:r>
        <w:t>请求方式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GET</w:t>
      </w:r>
    </w:p>
    <w:p>
      <w:pPr>
        <w:pStyle w:val="Heading2"/>
      </w:pPr>
      <w:r>
        <w:t>请求数限制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非业务参数，从API设置中获取，在直播系统登记的appId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当前时间毫秒级时间戳（13位，三分钟有效）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校验签名，32位大写MD5值</w:t>
            </w:r>
          </w:p>
        </w:tc>
      </w:tr>
    </w:tbl>
    <w:p>
      <w:pPr>
        <w:spacing w:after="40"/>
      </w:pP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{</w:t>
        <w:br/>
        <w:t xml:space="preserve">         [</w:t>
        <w:br/>
        <w:t xml:space="preserve">            {</w:t>
        <w:br/>
        <w:t xml:space="preserve">                "groupId": "ab96d8f651",</w:t>
        <w:br/>
        <w:t xml:space="preserve">                "channelId": 10001,</w:t>
        <w:br/>
        <w:t xml:space="preserve">                "userId": "7d26575efe",</w:t>
        <w:br/>
        <w:t xml:space="preserve">                "name": "套题1",</w:t>
        <w:br/>
        <w:t xml:space="preserve">                "amount": 1000,</w:t>
        <w:br/>
        <w:tab/>
        <w:tab/>
        <w:tab/>
        <w:tab/>
        <w:t>"awardUnit":"比特币",</w:t>
        <w:br/>
        <w:t xml:space="preserve">                "countDown": 10,</w:t>
        <w:br/>
        <w:tab/>
        <w:tab/>
        <w:tab/>
        <w:tab/>
        <w:t>"status":"end"</w:t>
        <w:br/>
        <w:t xml:space="preserve">                "createdTime": "2018-01-22 00:00:00",</w:t>
        <w:br/>
        <w:t xml:space="preserve">                "lastModified": "2018-01-22 00:00:00",</w:t>
        <w:br/>
        <w:t xml:space="preserve">                "startTime": "2018-01-22 00:00:00"</w:t>
        <w:br/>
        <w:t xml:space="preserve">            },</w:t>
        <w:br/>
        <w:t xml:space="preserve">            {</w:t>
        <w:br/>
        <w:t xml:space="preserve">                "groupId": "ab96d8f651",</w:t>
        <w:br/>
        <w:t xml:space="preserve">                "channelId": 10001,</w:t>
        <w:br/>
        <w:t xml:space="preserve">                "userId": "7d26575efe",</w:t>
        <w:br/>
        <w:t xml:space="preserve">                "name": "套题1",</w:t>
        <w:br/>
        <w:t xml:space="preserve">                "amount": 1000,</w:t>
        <w:br/>
        <w:tab/>
        <w:tab/>
        <w:tab/>
        <w:tab/>
        <w:t>"awardUnit":"比特币",</w:t>
        <w:br/>
        <w:t xml:space="preserve">                "countDown": 10,</w:t>
        <w:br/>
        <w:tab/>
        <w:tab/>
        <w:tab/>
        <w:tab/>
        <w:t>"status":"end"</w:t>
        <w:br/>
        <w:t xml:space="preserve">                "createdTime": "2018-01-22 00:00:00",</w:t>
        <w:br/>
        <w:t xml:space="preserve">                "lastModified": "2018-01-22 00:00:00",</w:t>
        <w:br/>
        <w:t xml:space="preserve">                "startTime": "2018-01-22 00:00:00"</w:t>
        <w:br/>
        <w:t xml:space="preserve">            }</w:t>
        <w:br/>
        <w:t xml:space="preserve">        ]</w:t>
        <w:br/>
        <w:t xml:space="preserve">    }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异常错误信息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groupId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套题的ID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直播频道id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name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套题名称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amount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奖励数量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awardUnit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奖励单位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countDown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每题的答题时长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套题状态：N（未使用） E（已结束） P（进行中）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createdTime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创建时间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lastModified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最后修改日期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startTime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答题开始时间</w:t>
            </w:r>
          </w:p>
        </w:tc>
      </w:tr>
    </w:tbl>
    <w:p>
      <w:pPr>
        <w:spacing w:after="40"/>
      </w:pPr>
    </w:p>
    <w:p>
      <w:pPr>
        <w:pStyle w:val="Heading2"/>
      </w:pPr>
      <w:r>
        <w:t>php请求示例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&lt;?php</w:t>
        <w:br/>
        <w:t xml:space="preserve">  $appId = "epxt70r96u";</w:t>
        <w:br/>
        <w:t xml:space="preserve">  $timestamp = time()*1000;</w:t>
        <w:br/>
        <w:t xml:space="preserve">  $channelId = "124545";</w:t>
        <w:br/>
        <w:t xml:space="preserve">  $appSecret = "cb4a16edc2ef4f78941e00cd0b3bd867";</w:t>
        <w:br/>
        <w:t xml:space="preserve">  $str = $appSecret."appId$appId"."timestamp$timestamp".$appSecret;</w:t>
        <w:br/>
        <w:t xml:space="preserve">  $sign = strtoupper(md5($str));</w:t>
        <w:br/>
        <w:t xml:space="preserve">  $url = "http://api.live.polyv.net/v2/channels/$channelId/qa-groups?";</w:t>
        <w:br/>
        <w:t xml:space="preserve">  echo file_get_contents($url."appId=$appId"."&amp;timestamp=$timestamp"."&amp;sign=$sign");</w:t>
        <w:br/>
        <w:t>?&gt;</w:t>
      </w:r>
    </w:p>
    <w:p>
      <w:pPr>
        <w:pStyle w:val="Heading2"/>
      </w:pPr>
      <w:r>
        <w:t>签名规则：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将请求参数按照参数名字典顺序排列，连接参数名与参数值,并在首尾加上appSecret，生成32位大写MD5值，作为sign。 以下是示例过程：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1、请求参数为：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 "1494399085000"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"egymbtsf38"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2、将请求参数按照参数名字典顺序排列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appId = "egymbtsf38"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timestamp = "1494399085000"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3、连接字符串 连接参数名与参数值,并在首尾加上appSecret（此处appSecret的值为6ef8d34c08f44e91a18428842ff0ba7e），如下：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6ef8d34c08f44e91a18428842ff0ba7eappIdegymbtsf38timestamp14943990850006ef8d34c08f44e91a18428842ff0ba7e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4、生成32位大写MD5值签名sign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  <w:tab/>
        <w:t>9291DE270E8C79FD4B805CDD45B6BC2B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直播答题-获取频道下所有套题信息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