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直播答题-根据套题Id获取通关用户列表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http://api.polyv.net/live/v2/channels/{channelId}/qa-record</w:t>
        <w:br/>
        <w:t>（注：{channelId}为频道号）</w:t>
      </w:r>
    </w:p>
    <w:p>
      <w:pPr>
        <w:pStyle w:val="Heading2"/>
      </w:pPr>
      <w:r>
        <w:t>接口说明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1、作用：获取频道套题下的通关用户列表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2、接口支持https协议</w:t>
      </w:r>
    </w:p>
    <w:p>
      <w:pPr>
        <w:pStyle w:val="Heading2"/>
      </w:pPr>
      <w:r>
        <w:t>请求方式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GET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非业务参数，从API设置中获取，在直播系统登记的appid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非业务参数，签名，32位大写MD5值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当前时间毫秒级时间戳（13位，三分钟有效）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groupId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字符串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http响应状态码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msg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异常错误信息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groupId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套题ID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题目名称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题目类型：单选(R)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answer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答案：1 2 3 4 5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openId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微信小程序openId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unionId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微信unionId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</w:t>
            </w:r>
          </w:p>
        </w:tc>
      </w:tr>
    </w:tbl>
    <w:p>
      <w:pPr>
        <w:spacing w:after="40"/>
      </w:pPr>
    </w:p>
    <w:p>
      <w:pPr>
        <w:pStyle w:val="Heading2"/>
      </w:pPr>
      <w:r>
        <w:t>响应成功JSON示例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code: 200,</w:t>
        <w:br/>
        <w:t xml:space="preserve">  status: "success",</w:t>
        <w:br/>
        <w:t xml:space="preserve">  message: "",</w:t>
        <w:br/>
        <w:t xml:space="preserve">  data: [</w:t>
        <w:br/>
        <w:t xml:space="preserve">  </w:t>
        <w:tab/>
        <w:t>{</w:t>
        <w:br/>
        <w:t xml:space="preserve">      questionId: "i6ro0hxj00",</w:t>
        <w:br/>
        <w:t xml:space="preserve">      groupId: "i6ro0hxj00",</w:t>
        <w:br/>
        <w:t xml:space="preserve">      channelId: 10001,</w:t>
        <w:br/>
        <w:t xml:space="preserve">      userId: "i6ro0hxj00",</w:t>
        <w:br/>
        <w:t xml:space="preserve">      name: "题目1",</w:t>
        <w:br/>
        <w:t xml:space="preserve">      type: "R",</w:t>
        <w:br/>
        <w:t xml:space="preserve">      answer: "1",</w:t>
        <w:br/>
        <w:tab/>
        <w:t xml:space="preserve">  openId: "1skkkkds",</w:t>
        <w:br/>
        <w:tab/>
        <w:t xml:space="preserve">  unionId: "1dfdkjfalksdfjaks",</w:t>
        <w:br/>
        <w:t xml:space="preserve">      createdTime: "2018-01-22 00:00:00"</w:t>
        <w:br/>
        <w:t xml:space="preserve">    },</w:t>
        <w:br/>
        <w:t xml:space="preserve">  </w:t>
        <w:tab/>
        <w:t>{</w:t>
        <w:br/>
        <w:t xml:space="preserve">      questionId: "i6ro0hxj00",</w:t>
        <w:br/>
        <w:t xml:space="preserve">      groupId: "i6ro0hxj00",</w:t>
        <w:br/>
        <w:t xml:space="preserve">      channelId: 10001,</w:t>
        <w:br/>
        <w:t xml:space="preserve">      userId: "i6ro0hxj00",</w:t>
        <w:br/>
        <w:t xml:space="preserve">      name: "题目1",</w:t>
        <w:br/>
        <w:t xml:space="preserve">      type: "R",</w:t>
        <w:br/>
        <w:t xml:space="preserve">      answer: "1",</w:t>
        <w:br/>
        <w:tab/>
        <w:t xml:space="preserve">  openId: "1skkkkds",</w:t>
        <w:br/>
        <w:tab/>
        <w:t xml:space="preserve">  unionId: "1dfdkjfalksdfjaks",</w:t>
        <w:br/>
        <w:t xml:space="preserve">      createdTime: "2018-01-22 00:00:00"</w:t>
        <w:br/>
        <w:t xml:space="preserve">    }</w:t>
        <w:br/>
        <w:t xml:space="preserve">  ]</w:t>
        <w:br/>
        <w:t>}</w:t>
      </w:r>
    </w:p>
    <w:p>
      <w:pPr>
        <w:pStyle w:val="Heading2"/>
      </w:pPr>
      <w:r>
        <w:t>响应异常JSON示例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code: 400,</w:t>
        <w:br/>
        <w:t xml:space="preserve">  status: "error",</w:t>
        <w:br/>
        <w:t xml:space="preserve">  message: "invalid timestamp.",</w:t>
        <w:br/>
        <w:t xml:space="preserve">  data: ""</w:t>
        <w:br/>
        <w:t>}</w:t>
      </w:r>
    </w:p>
    <w:p>
      <w:pPr>
        <w:pStyle w:val="Heading2"/>
      </w:pPr>
      <w:r>
        <w:t>PHP请求示例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t xml:space="preserve">  $channelId="89001";</w:t>
        <w:br/>
        <w:t xml:space="preserve">  $groupId="1kdjihdhj";</w:t>
        <w:br/>
        <w:t xml:space="preserve">  $appId="egzq0dunak";</w:t>
        <w:br/>
        <w:t xml:space="preserve">  $appSecret="9018067824634261bd5733c6131ce35f";</w:t>
        <w:br/>
        <w:t xml:space="preserve">  $timestamp = time()*1000;</w:t>
        <w:br/>
        <w:t xml:space="preserve">  $str = $appSecret."appId".$appId."groupId$groupId".timestamp".$timestamp.$appSecret;</w:t>
        <w:br/>
        <w:t xml:space="preserve">  $sign=strtoupper(md5($str));</w:t>
        <w:br/>
        <w:br/>
        <w:t xml:space="preserve">  $url="http://api.polyv.net/live/v2/channels/$channelId/qa-questions?appId=".$appId."&amp;timestamp=".$timestamp."&amp;sign=".$sign."&amp;groupId=".groupId;</w:t>
        <w:br/>
        <w:br/>
        <w:t xml:space="preserve">  $ch = curl_init() or die ( curl_error() );</w:t>
        <w:br/>
        <w:t xml:space="preserve">  curl_setopt( $ch, CURLOPT_URL, $url);</w:t>
        <w:br/>
        <w:t xml:space="preserve">  curl_setopt( $ch, CURLOPT_RETURNTRANSFER, 1 );</w:t>
        <w:br/>
        <w:t xml:space="preserve">  curl_setopt( $ch, CURLOPT_CONNECTTIMEOUT, 360);</w:t>
        <w:br/>
        <w:t xml:space="preserve">  $response = curl_exec ( $ch );</w:t>
        <w:br/>
        <w:t xml:space="preserve">  curl_close ( $ch );</w:t>
        <w:br/>
        <w:t xml:space="preserve">  echo $response;</w:t>
        <w:br/>
        <w:t>?&gt;</w:t>
      </w:r>
    </w:p>
    <w:p>
      <w:pPr>
        <w:pStyle w:val="Heading2"/>
      </w:pPr>
      <w:r>
        <w:t>签名规则：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>将非空的请求参数按照参数名字典顺序排列，连接参数名与参数值,并在首尾加上appSecret，生成32位大写MD5值，作为sign。 以下是示例过程：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</w:r>
      <w:r>
        <w:rPr>
          <w:rFonts w:ascii="Source Han Sans SC" w:hAnsi="Source Han Sans SC" w:eastAsia="Source Han Sans SC" w:cs="Source Han Sans SC" w:hint="eastAsia"/>
          <w:b/>
          <w:sz w:val="21"/>
        </w:rPr>
        <w:t>1、请求参数为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>timestamp =1488277559000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>appId = "egzq0dunak"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>groupId="jjksiiijjd"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</w:r>
      <w:r>
        <w:rPr>
          <w:rFonts w:ascii="Source Han Sans SC" w:hAnsi="Source Han Sans SC" w:eastAsia="Source Han Sans SC" w:cs="Source Han Sans SC" w:hint="eastAsia"/>
          <w:b/>
          <w:sz w:val="21"/>
        </w:rPr>
        <w:t>2、将请求参数按照参数名字典顺序排列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>appId = "egzq0dunak"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>groupId="jjksiiijjd"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>timestamp =1488277559000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</w:r>
      <w:r>
        <w:rPr>
          <w:rFonts w:ascii="Source Han Sans SC" w:hAnsi="Source Han Sans SC" w:eastAsia="Source Han Sans SC" w:cs="Source Han Sans SC" w:hint="eastAsia"/>
          <w:b/>
          <w:sz w:val="21"/>
        </w:rPr>
        <w:t>3、连接字符串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连接参数名与参数值,并在首尾加上appSecret（appSecret的值为9018067824634261bd5733c6131ce35f），如下：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9018067824634261bd5733c6131ce35fappIdegzq0dunakgroupIdjjksiiijjdtimestamp14882779750009018067824634261bd5733c6131ce35f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</w:r>
      <w:r>
        <w:rPr>
          <w:rFonts w:ascii="Source Han Sans SC" w:hAnsi="Source Han Sans SC" w:eastAsia="Source Han Sans SC" w:cs="Source Han Sans SC" w:hint="eastAsia"/>
          <w:b/>
          <w:sz w:val="21"/>
        </w:rPr>
        <w:t>4、生成签名sign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7D3C7E4DF08A952A9949C51E0F426782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直播答题-根据套题Id获取通关用户列表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