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直播答题-获取套题ID下所有题目的答题明细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http://api.polyv.net/live/v2/qa/qarecords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1、作用：获取套题ID下所有题目的答题明细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套题id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sequence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题目序号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选项序号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isCorrectAnswer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是否正确答案，Y是，N否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选择该选项用户的unionId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"sequence": 1,</w:t>
        <w:br/>
        <w:t xml:space="preserve">      "answer": "2",</w:t>
        <w:br/>
        <w:t xml:space="preserve">      "isCorrectAnswer": "Y",</w:t>
        <w:br/>
        <w:t xml:space="preserve">      "unionId": "olHR9jkp5Bds7L072RZynM8qA8Iw"</w:t>
        <w:br/>
        <w:t xml:space="preserve">    },</w:t>
        <w:br/>
        <w:t xml:space="preserve">    {</w:t>
        <w:br/>
        <w:t xml:space="preserve">      "sequence": 1,</w:t>
        <w:br/>
        <w:t xml:space="preserve">      "answer": "2",</w:t>
        <w:br/>
        <w:t xml:space="preserve">      "isCorrectAnswer": "Y",</w:t>
        <w:br/>
        <w:t xml:space="preserve">      "unionId": "olHR9jt2FUioJyq5t3s9vCR2ZBOQ"</w:t>
        <w:br/>
        <w:t xml:space="preserve">    },</w:t>
        <w:br/>
        <w:t xml:space="preserve">    {</w:t>
        <w:br/>
        <w:t xml:space="preserve">      "sequence": 1,</w:t>
        <w:br/>
        <w:t xml:space="preserve">      "answer": "2",</w:t>
        <w:br/>
        <w:t xml:space="preserve">      "isCorrectAnswer": "Y",</w:t>
        <w:br/>
        <w:t xml:space="preserve">      "unionId": "olHR9jrXrO8kfOrHc8Ul8FmhKdag"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响应异常JSON示例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"invalid timestamp.",</w:t>
        <w:br/>
        <w:t xml:space="preserve">  data: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$groupId="1kdjihdhj";</w:t>
        <w:br/>
        <w:t xml:space="preserve">  $appId="egzq0dunak";</w:t>
        <w:br/>
        <w:t xml:space="preserve">  $appSecret="9018067824634261bd5733c6131ce35f";</w:t>
        <w:br/>
        <w:t xml:space="preserve">  $timestamp = time()*1000;</w:t>
        <w:br/>
        <w:t xml:space="preserve">  $str = $appSecret."appId$appId"."groupId$groupId"."timestamp$timestamp".$appSecret;</w:t>
        <w:br/>
        <w:t xml:space="preserve">  $sign=strtoupper(md5($str));</w:t>
        <w:br/>
        <w:t xml:space="preserve">  $url = "http://api.polyv.net/live/v2/qa/qarecords?";</w:t>
        <w:br/>
        <w:t xml:space="preserve">  echo file_get_contents($url."appId=$appId"."&amp;timestamp=$timestamp"."&amp;sign=$sign"."&amp;groupId=$groupId");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将非空的请求参数按照参数名字典顺序排列，连接参数名与参数值,并在首尾加上appSecret，生成32位大写MD5值，作为sign。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1、请求参数为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连接参数名与参数值,并在首尾加上appSecret（appSecret的值为9018067824634261bd5733c6131ce35f），如下：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9018067824634261bd5733c6131ce35fappIdegzq0dunakgroupIdjjksiiijjdtimestamp14882779750009018067824634261bd5733c6131ce35f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4、生成签名sign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7D3C7E4DF08A952A9949C51E0F426782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直播答题-获取套题ID下所有题目的答题明细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