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直播答题-查询微信用户的复活卡数量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http://api.polyv.net/live/v2/qa/revivecount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1、作用：获取频道直播状态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当前时间毫秒级时间戳（13位，三分钟有效）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多个微信账号unionId，用英文逗号隔开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校验签名，32位大写MD5值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ab/>
        <w:tab/>
        <w:tab/>
        <w:tab/>
        <w:t>{</w:t>
        <w:br/>
        <w:tab/>
        <w:tab/>
        <w:tab/>
        <w:tab/>
        <w:tab/>
        <w:t>"unionId": "XXXXX",</w:t>
        <w:br/>
        <w:tab/>
        <w:tab/>
        <w:tab/>
        <w:tab/>
        <w:tab/>
        <w:t>"count": 10</w:t>
        <w:br/>
        <w:tab/>
        <w:tab/>
        <w:tab/>
        <w:tab/>
        <w:t>},</w:t>
        <w:br/>
        <w:tab/>
        <w:tab/>
        <w:tab/>
        <w:tab/>
        <w:t>{</w:t>
        <w:br/>
        <w:tab/>
        <w:tab/>
        <w:tab/>
        <w:tab/>
        <w:tab/>
        <w:t>"unionId": "XX",</w:t>
        <w:br/>
        <w:tab/>
        <w:tab/>
        <w:tab/>
        <w:tab/>
        <w:tab/>
        <w:t>"count": 20</w:t>
        <w:br/>
        <w:tab/>
        <w:tab/>
        <w:tab/>
        <w:tab/>
        <w:t>}</w:t>
        <w:br/>
        <w:t xml:space="preserve">        ]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微信用户账号unionId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用户剩余的复活卡数量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$appId = "epxt70r96u";</w:t>
        <w:br/>
        <w:t xml:space="preserve">  $timestamp = time()*1000;</w:t>
        <w:br/>
        <w:t xml:space="preserve">  $channelId = "124545";</w:t>
        <w:br/>
        <w:t xml:space="preserve">  $unionIds = "test1,test2";</w:t>
        <w:br/>
        <w:t xml:space="preserve">  $appSecret = "cb4a16edc2ef4f78941e00cd0b3bd867";</w:t>
        <w:br/>
        <w:t xml:space="preserve">  $str = $appSecret."appId$appId"."timestamp$timestamp"."unionIds$unionIds".$appSecret;</w:t>
        <w:br/>
        <w:t xml:space="preserve">  $sign = strtoupper(md5($str));</w:t>
        <w:br/>
        <w:t xml:space="preserve">  $url = "http://api.polyv.net/live/v2/qa/revivecount?";</w:t>
        <w:br/>
        <w:t xml:space="preserve">  echo file_get_contents($url."appId=$appId"."&amp;timestamp=$timestamp"."&amp;unionIds=$unionIds"."&amp;sign=$sign");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将请求参数按照参数名字典顺序排列，连接参数名与参数值,并在首尾加上appSecret，生成32位大写MD5值，作为sign。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1、请求参数为：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 "1494399085000"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"egymbtsf38"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2、将请求参数按照参数名字典顺序排列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"egymbtsf38"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 "1494399085000"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3、连接字符串 连接参数名与参数值,并在首尾加上appSecret（此处appSecret的值为6ef8d34c08f44e91a18428842ff0ba7e），如下：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6ef8d34c08f44e91a18428842ff0ba7eappIdegymbtsf38timestamp14943990850006ef8d34c08f44e91a18428842ff0ba7e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4、生成32位大写MD5值签名sign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9291DE270E8C79FD4B805CDD45B6BC2B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直播答题-查询微信用户的复活卡数量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