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获取直播中视频片段的接口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https://api.polyv.net/live/v2/channel/recordFile/{channelId}/streamRecordIndex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1、获取当前直播频道直播中的视频片段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 or 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视频片段的开始时间，格式为yyyy-MM-dd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视频片段的结束时间，格式为yyyy-MM-dd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转存点播的文件名，不保存默认视频名称为"精彩片段"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转存点播存放的目录ID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"8205ac89d3f0c634988ef97f528aa745_8"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找不到该频道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查询开始时间或查询结束时间为空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"startTime or endTime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开始时间或查询结束时间非法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"startTime or endTime valid.",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频道暂无此功能，请联系客服人员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"该频道暂不支持此api功能",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转存失败，请重试，如果一直不成功，请及时查看PLYVO账号的空间以及套餐过期时间情况，并联系客服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"转存失败，请重试",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成功将返回视频转存点播的vid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include 'config.php';</w:t>
        <w:br/>
        <w:t>//接口需要的参数（非sign）赋值</w:t>
        <w:br/>
        <w:t>$channelId = "108888";</w:t>
        <w:br/>
        <w:br/>
        <w:t>$startTime = "2018-04-16 09:33:33";</w:t>
        <w:br/>
        <w:t>$endTime = "2018-04-16 09:44:30";</w:t>
        <w:br/>
        <w:br/>
        <w:t>$params = array(</w:t>
        <w:br/>
        <w:t xml:space="preserve"> 'appId'=&gt; $appId,</w:t>
        <w:br/>
        <w:t xml:space="preserve"> 'timestamp'=&gt; $timestamp,</w:t>
        <w:br/>
        <w:t xml:space="preserve"> 'startTime'=&gt; $startTime,</w:t>
        <w:br/>
        <w:t xml:space="preserve"> 'endTime'=&gt; $endTime,</w:t>
        <w:br/>
        <w:t xml:space="preserve">  );</w:t>
        <w:br/>
        <w:t>//生成sign</w:t>
        <w:br/>
        <w:t>$sign = getSign($params); //详细查看config.php文件的getSign方法</w:t>
        <w:br/>
        <w:t>//接口请求url</w:t>
        <w:br/>
        <w:t>$url = "https://api.polyv.net/live/v2/channel/recordFile/$channelId/streamRecordIndex?appId=$appId&amp;timestamp=$timestamp&amp;sign=$sign&amp;startTime=$startTime&amp;endTime=$endTime";</w:t>
        <w:br/>
        <w:br/>
        <w:t>//输出接口请求结果</w:t>
        <w:br/>
        <w:t>echo file_get_contents($url);</w:t>
        <w:br/>
        <w:br/>
        <w:t>?&gt;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com.live.util.EncryptionUtils;</w:t>
        <w:br/>
        <w:t>import org.apache.http.HttpEntity;</w:t>
        <w:br/>
        <w:t>import org.apache.http.NameValuePair;</w:t>
        <w:br/>
        <w:t>import org.apache.http.client.config.RequestConfig;</w:t>
        <w:br/>
        <w:t>import org.apache.http.client.entity.UrlEncodedFormEntity;</w:t>
        <w:br/>
        <w:t>import org.apache.http.client.methods.CloseableHttpResponse;</w:t>
        <w:br/>
        <w:t>import org.apache.http.client.methods.HttpPost;</w:t>
        <w:br/>
        <w:t>import org.apache.http.impl.client.CloseableHttpClient;</w:t>
        <w:br/>
        <w:t>import org.apache.http.impl.client.HttpClients;</w:t>
        <w:br/>
        <w:t>import org.apache.http.message.BasicNameValuePair;</w:t>
        <w:br/>
        <w:t>import org.apache.http.util.EntityUtils;</w:t>
        <w:br/>
        <w:br/>
        <w:t>import java.io.IOException;</w:t>
        <w:br/>
        <w:t>import java.util.*;</w:t>
        <w:br/>
        <w:br/>
        <w:t>public class TestStreamIndex {</w:t>
        <w:br/>
        <w:tab/>
        <w:t>// 尽量把时间设置较长</w:t>
        <w:br/>
        <w:t xml:space="preserve">    private RequestConfig requestConfig = RequestConfig.custom().setSocketTimeout(60000).setConnectTimeout(15000)</w:t>
        <w:br/>
        <w:t xml:space="preserve">            .setConnectionRequestTimeout(60000).build();</w:t>
        <w:br/>
        <w:br/>
        <w:t xml:space="preserve">    private static final String APP_ID = "xxxx";</w:t>
        <w:br/>
        <w:t xml:space="preserve">    private static final String APP_SECRET = "xxxxxxxxxxxx";</w:t>
        <w:br/>
        <w:t xml:space="preserve">    private static final String STREAM_RECORD_INDEX_URL = "http://api.polyv.net/live/v2/channel/recordFile/{param}/streamRecordIndex";</w:t>
        <w:br/>
        <w:br/>
        <w:t xml:space="preserve">    public static void main(String[] args) {</w:t>
        <w:br/>
        <w:t xml:space="preserve">        TestStreamIndex demo = new TestStreamIndex();</w:t>
        <w:br/>
        <w:t xml:space="preserve">        int channelId = 183730;</w:t>
        <w:br/>
        <w:t xml:space="preserve">        String start = "2018-04-17 10:54:50";</w:t>
        <w:br/>
        <w:t xml:space="preserve">        String end = "2018-04-17 11:05:00";</w:t>
        <w:br/>
        <w:t xml:space="preserve">        String fileName = "我的直播片段";</w:t>
        <w:br/>
        <w:t xml:space="preserve">        long cataId = 1;</w:t>
        <w:br/>
        <w:t xml:space="preserve">        demo.streamRecordIndexDemo(channelId, start, end, fileName, cataId);</w:t>
        <w:br/>
        <w:t xml:space="preserve">    }</w:t>
        <w:br/>
        <w:br/>
        <w:t xml:space="preserve">    private void streamRecordIndexDemo(int channelId, String start, String end, String fileName, long cataId) {</w:t>
        <w:br/>
        <w:t xml:space="preserve">        Map&lt;String, String&gt; params = new HashMap&lt;&gt;();</w:t>
        <w:br/>
        <w:t xml:space="preserve">        params.put("appId", APP_ID);</w:t>
        <w:br/>
        <w:t xml:space="preserve">        params.put("startTime", start);</w:t>
        <w:br/>
        <w:t xml:space="preserve">        params.put("endTime", end);</w:t>
        <w:br/>
        <w:t xml:space="preserve">        params.put("timestamp", String.valueOf(System.currentTimeMillis()));</w:t>
        <w:br/>
        <w:t xml:space="preserve">        params.put("fileName", fileName);</w:t>
        <w:br/>
        <w:t xml:space="preserve">        params.put("cataId", String.valueOf(cataId));</w:t>
        <w:br/>
        <w:t xml:space="preserve">        params.put("sign", this.generateSign(params, APP_SECRET));</w:t>
        <w:br/>
        <w:br/>
        <w:t xml:space="preserve">        String result = sendHttpPost(getRealApiUrl(STREAM_RECORD_INDEX_URL, String.valueOf(channelId)), params);</w:t>
        <w:br/>
        <w:t xml:space="preserve">        System.out.println("stream record index result=" + result);</w:t>
        <w:br/>
        <w:t xml:space="preserve">    }</w:t>
        <w:br/>
        <w:br/>
        <w:t xml:space="preserve">    private String getRealApiUrl(String url, String param){</w:t>
        <w:br/>
        <w:t xml:space="preserve">        return url.replace("{param}", param);</w:t>
        <w:br/>
        <w:t xml:space="preserve">    }</w:t>
        <w:br/>
        <w:br/>
        <w:t xml:space="preserve">    public String sendHttpPost(String httpUrl, Map&lt;String, String&gt; maps) {</w:t>
        <w:br/>
        <w:t xml:space="preserve">        HttpPost httpPost = new HttpPost(httpUrl);</w:t>
        <w:br/>
        <w:t xml:space="preserve">        List&lt;NameValuePair&gt; nameValuePairs = new ArrayList&lt;&gt;();</w:t>
        <w:br/>
        <w:t xml:space="preserve">        for (String key : maps.keySet()) {</w:t>
        <w:br/>
        <w:t xml:space="preserve">            nameValuePairs.add(new BasicNameValuePair(key, maps.get(key)));</w:t>
        <w:br/>
        <w:t xml:space="preserve">        }</w:t>
        <w:br/>
        <w:t xml:space="preserve">        try {</w:t>
        <w:br/>
        <w:t xml:space="preserve">            httpPost.setEntity(new UrlEncodedFormEntity(nameValuePairs, "UTF-8"));</w:t>
        <w:br/>
        <w:t xml:space="preserve">        } catch (Exception e) {</w:t>
        <w:br/>
        <w:t xml:space="preserve">            e.printStackTrace();</w:t>
        <w:br/>
        <w:t xml:space="preserve">        }</w:t>
        <w:br/>
        <w:t xml:space="preserve">        return sendHttpPost(httpPost);</w:t>
        <w:br/>
        <w:t xml:space="preserve">    }</w:t>
        <w:br/>
        <w:br/>
        <w:t xml:space="preserve">    private String sendHttpPost(HttpPost httpPost) {</w:t>
        <w:br/>
        <w:t xml:space="preserve">        CloseableHttpClient httpClient = null;</w:t>
        <w:br/>
        <w:t xml:space="preserve">        CloseableHttpResponse response = null;</w:t>
        <w:br/>
        <w:t xml:space="preserve">        HttpEntity entity = null;</w:t>
        <w:br/>
        <w:t xml:space="preserve">        String responseContent = null;</w:t>
        <w:br/>
        <w:t xml:space="preserve">        try {</w:t>
        <w:br/>
        <w:t xml:space="preserve">            httpClient = HttpClients.createDefault();</w:t>
        <w:br/>
        <w:t xml:space="preserve">            httpPost.setConfig(requestConfig);</w:t>
        <w:br/>
        <w:t xml:space="preserve">            response = httpClient.execute(httpPost);</w:t>
        <w:br/>
        <w:t xml:space="preserve">            entity = response.getEntity();</w:t>
        <w:br/>
        <w:t xml:space="preserve">            responseContent = EntityUtils.toString(entity, "UTF-8");</w:t>
        <w:br/>
        <w:t xml:space="preserve">        } catch (Exception e) {</w:t>
        <w:br/>
        <w:t xml:space="preserve">            e.printStackTrace();</w:t>
        <w:br/>
        <w:t xml:space="preserve">        } finally {</w:t>
        <w:br/>
        <w:t xml:space="preserve">            try {</w:t>
        <w:br/>
        <w:t xml:space="preserve">                if (response != null) {</w:t>
        <w:br/>
        <w:t xml:space="preserve">                    response.close();</w:t>
        <w:br/>
        <w:t xml:space="preserve">                }</w:t>
        <w:br/>
        <w:t xml:space="preserve">                if (httpClient != null) {</w:t>
        <w:br/>
        <w:t xml:space="preserve">                    httpClient.close();</w:t>
        <w:br/>
        <w:t xml:space="preserve">                }</w:t>
        <w:br/>
        <w:t xml:space="preserve">            } catch (IOException e) {</w:t>
        <w:br/>
        <w:t xml:space="preserve">                e.printStackTrace();</w:t>
        <w:br/>
        <w:t xml:space="preserve">            }</w:t>
        <w:br/>
        <w:t xml:space="preserve">        }</w:t>
        <w:br/>
        <w:t xml:space="preserve">        return responseContent;</w:t>
        <w:br/>
        <w:t xml:space="preserve">    }</w:t>
        <w:br/>
        <w:br/>
        <w:br/>
        <w:t xml:space="preserve">    /**</w:t>
        <w:br/>
        <w:t xml:space="preserve">     * 根据map里的参数构建加密串</w:t>
        <w:br/>
        <w:t xml:space="preserve">     * @param map</w:t>
        <w:br/>
        <w:t xml:space="preserve">     * @param secretKey</w:t>
        <w:br/>
        <w:t xml:space="preserve">     * @return</w:t>
        <w:br/>
        <w:t xml:space="preserve">     */</w:t>
        <w:br/>
        <w:t xml:space="preserve">    protected String generateSign(Map&lt;String, String&gt; map, String secretKey) {</w:t>
        <w:br/>
        <w:t xml:space="preserve">        Map&lt;String, String&gt; params = this.paraFilter(map);</w:t>
        <w:br/>
        <w:t xml:space="preserve">        // 处理参数，计算MD5哈希值</w:t>
        <w:br/>
        <w:t xml:space="preserve">        String concatedStr = this.concatParams(params);</w:t>
        <w:br/>
        <w:t xml:space="preserve">        String plain = secretKey + concatedStr + secretKey;</w:t>
        <w:br/>
        <w:t xml:space="preserve">        String encrypted = EncryptionUtils.md5Hex(plain);</w:t>
        <w:br/>
        <w:br/>
        <w:t xml:space="preserve">        // 32位大写MD5值</w:t>
        <w:br/>
        <w:t xml:space="preserve">        return encrypted.toUpperCase();</w:t>
        <w:br/>
        <w:t xml:space="preserve">    }</w:t>
        <w:br/>
        <w:br/>
        <w:t xml:space="preserve">    /**</w:t>
        <w:br/>
        <w:t xml:space="preserve">     * 对params根据key来排序并且以key1=value1&amp;key2=value2的形式拼接起来</w:t>
        <w:br/>
        <w:t xml:space="preserve">     * @param params</w:t>
        <w:br/>
        <w:t xml:space="preserve">     * @return</w:t>
        <w:br/>
        <w:t xml:space="preserve">     */</w:t>
        <w:br/>
        <w:t xml:space="preserve">    private String concatParams(Map&lt;String, String&gt; params) {</w:t>
        <w:br/>
        <w:t xml:space="preserve">        List&lt;String&gt; keys = new ArrayList&lt;String&gt;(params.keySet());</w:t>
        <w:br/>
        <w:t xml:space="preserve">        Collections.sort(keys);</w:t>
        <w:br/>
        <w:t xml:space="preserve">        StringBuilder sb = new StringBuilder();</w:t>
        <w:br/>
        <w:t xml:space="preserve">        for (int i = 0; i &lt; keys.size(); i++) {</w:t>
        <w:br/>
        <w:t xml:space="preserve">            String key = keys.get(i);</w:t>
        <w:br/>
        <w:t xml:space="preserve">            String value = params.get(key);</w:t>
        <w:br/>
        <w:t xml:space="preserve">            sb.append(key).append(value);</w:t>
        <w:br/>
        <w:t xml:space="preserve">        }</w:t>
        <w:br/>
        <w:t xml:space="preserve">        return sb.toString();</w:t>
        <w:br/>
        <w:t xml:space="preserve">    }</w:t>
        <w:br/>
        <w:br/>
        <w:t xml:space="preserve">    /**</w:t>
        <w:br/>
        <w:t xml:space="preserve">     * 除去数组中的空值和签名参数</w:t>
        <w:br/>
        <w:t xml:space="preserve">     * @param sArray 签名参数组</w:t>
        <w:br/>
        <w:t xml:space="preserve">     * @return 去掉空值与签名参数后的新签名参数组</w:t>
        <w:br/>
        <w:t xml:space="preserve">     */</w:t>
        <w:br/>
        <w:t xml:space="preserve">    private Map&lt;String, String&gt; paraFilter(Map&lt;String, String&gt; sArray) {</w:t>
        <w:br/>
        <w:t xml:space="preserve">        Map&lt;String, String&gt; result = new HashMap&lt;String, String&gt;();</w:t>
        <w:br/>
        <w:t xml:space="preserve">        if (sArray == null || sArray.size() &lt;= 0) {</w:t>
        <w:br/>
        <w:t xml:space="preserve">            return result;</w:t>
        <w:br/>
        <w:t xml:space="preserve">        }</w:t>
        <w:br/>
        <w:t xml:space="preserve">        for (String key : sArray.keySet()) {</w:t>
        <w:br/>
        <w:t xml:space="preserve">            String value = sArray.get(key);</w:t>
        <w:br/>
        <w:t xml:space="preserve">            if (value == null || value.equals("") || key.equalsIgnoreCase("sign")</w:t>
        <w:br/>
        <w:t xml:space="preserve">                    || key.equalsIgnoreCase("sign_type")) {</w:t>
        <w:br/>
        <w:t xml:space="preserve">                continue;</w:t>
        <w:br/>
        <w:t xml:space="preserve">            }</w:t>
        <w:br/>
        <w:t xml:space="preserve">            result.put(key, value);</w:t>
        <w:br/>
        <w:t xml:space="preserve">        }</w:t>
        <w:br/>
        <w:t xml:space="preserve">        return result;</w:t>
        <w:br/>
        <w:t xml:space="preserve">    }</w:t>
        <w:br/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获取直播中视频片段的接口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