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根据题目ID获取用户的答题记录的分页结果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http://api.polyv.net/live/v2/channels/{channelId}/get-question-record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1、作用：获取直播答题的用户答题记录的分页结果。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要查询的题目ID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{</w:t>
        <w:br/>
        <w:t>"pageNumber": 1,</w:t>
        <w:br/>
        <w:t>"totalItems": 1,</w:t>
        <w:br/>
        <w:t>"contents": [</w:t>
        <w:br/>
        <w:t>{</w:t>
        <w:br/>
        <w:t>"recordId": "ezik85p9kw",</w:t>
        <w:br/>
        <w:t>"channelId": 10001,</w:t>
        <w:br/>
        <w:t>"questionId": "1c6dc3c666",</w:t>
        <w:br/>
        <w:t>"viewerId": "oooii099",</w:t>
        <w:br/>
        <w:t>"viewerName": "哈哈哈哈",</w:t>
        <w:br/>
        <w:t>"answer": "a",</w:t>
        <w:br/>
        <w:t>"createdTime": 1522032824000,</w:t>
        <w:br/>
        <w:t>"lastModified": 1522032824000</w:t>
        <w:br/>
        <w:t>}</w:t>
        <w:br/>
        <w:t>],</w:t>
        <w:br/>
        <w:t>"endRow": 1,</w:t>
        <w:br/>
        <w:t>"lastPage": true,</w:t>
        <w:br/>
        <w:t>"totalPages": 1,</w:t>
        <w:br/>
        <w:t>"firstPage": true,</w:t>
        <w:br/>
        <w:t>"startRow": 1,</w:t>
        <w:br/>
        <w:t>"nextPageNumber": 1,</w:t>
        <w:br/>
        <w:t>"prePageNumber": 1,</w:t>
        <w:br/>
        <w:t>"offset": 0,</w:t>
        <w:br/>
        <w:t>"limit": 1</w:t>
        <w:br/>
        <w:t>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未输入currentDay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"currentDay is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非法的频道ID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channelId.",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答题记录的ID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答题用户的用户ID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答题用户的昵称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提交的选择项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当前页第一个记录在的位置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"124545";</w:t>
        <w:br/>
        <w:t>$questionId = "1c6dc3c666";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'questionId'=&gt;$questionId,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"http://api.polyv.net/live/v2/channels/$channelId/set-question-record?appId=$appId&amp;questionId=$questionId&amp;page=$page&amp;pageSize=$pageSize&amp;timestamp=$timestamp&amp;sign=$sign";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根据题目ID获取用户的答题记录的分页结果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