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SDK错误码及对应提示</w:t>
      </w:r>
    </w:p>
    <w:p>
      <w:pPr>
        <w:pStyle w:val="Heading1"/>
      </w:pPr>
      <w:r>
        <w:t>Android SDK错误码及对应提示</w:t>
      </w:r>
    </w:p>
    <w:p>
      <w:pPr>
        <w:pStyle w:val="Heading2"/>
      </w:pPr>
      <w:r>
        <w:t>1.下载错误对应的错误码及提示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中文错误提示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英文错误提示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错误来源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错误类型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视频id不正确，请设置正确的视频id进行播放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vid为null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非法下载，请向管理员反馈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没有权限访问视频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运行时异常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视频状态异常，无法下载，请向管理员反馈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视频数据加载失败，请重新下载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m3u8没有数据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视频问答数据加载失败，请重新下载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问答没有数据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ts下载列表为空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不能创建文件夹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10009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视频文件下载失败，请重新下载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下载ts错误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下载地址为空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不能创建目录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video加载失败，不会再回调该异常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视频信息加载失败，请重新下载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video取得为null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检测到存储目录未设置，请先设置存储目录再重新下载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没有设置下载文件夹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视频速度类型错误，请设置了速度类型后重新下载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视频速度为null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1.5倍下载地址为空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检测到移动设备存储空间不足，请清除存储空间再重新下载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存储空间不足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不支持1.5倍（不建议使用）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10019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视频信息加载失败，请重新下载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取得视频信息错误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检测到拒绝写入存储设备，请先为应用程序分配权限，再重新下载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拒绝写入外部SD卡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视频id不正确，请设置正确的视频id进行下载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检测到资源目录未设置，请先设置存储目录再重新下载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没有设置资源文件夹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不能创建资源目录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创建nomedia文件失败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视频地址为空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创建m3u8文件失败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写入m3u8文件失败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创建videojson文件失败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10029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写入videojson文件失败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当前视频无法下载，请重新下载或者切换网络重新下载或者向管理员反馈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问答数据格式化成json错误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删除zip文件失败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创建视频临时文件错误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当前视频无法下载，请重新下载或者切换网络重新下载或者向管理员反馈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下载视频文件长度错误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当前视频无法下载，请重新下载或者切换网络重新下载或者向管理员反馈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视频http状态码错误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当前视频无法下载，请删除后重新下载或者切换网络重新下载或者向管理员反馈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视频文件下载错误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视频重命名失败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解压视频文件错误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创建临时压缩文件错误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10039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创建解压目录错误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当前视频无法下载，请重新下载或者切换网络重新下载或者向管理员反馈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下载压缩文件长度错误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当前视频无法下载，请重新下载或者切换网络重新下载或者向管理员反馈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压缩文件http状态码错误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当前视频下载出错，请删除后重新下载或者切换网络重新下载或者向管理员反馈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压缩文件下载错误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当前视频无法下载，请重启手机再次下载或者向管理员反馈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压缩文件重命名失败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无法连接网络，请连接网络后下载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无法连接网络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SD卡不可用，请重启手机或者更换SD卡或者向管理员反馈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未知存储状态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SD卡被移除，请重启手机或者向管理员反馈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存储介质不存在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SD卡存在但未安装，请重新安装SD卡或者向管理员反馈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存储介质存在但未安装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SD卡正在进行磁盘检查中，请稍后下载或者重启手机或者向管理员反馈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存储介质存在并正在进行磁盘检查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10049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SD卡空白或正在使用不受支持的文件系统，请重启手机或向管理员反馈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存储介质存在但是空白或正在使用不受支持的文件系统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10050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SD卡不能写入，请重启手机或者想管理员反馈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存储介质只读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10051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SD卡不可用，请重启手机或者更换SD卡或者向管理员反馈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存储介质未安装，并通过USB海量存储共享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10052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SD卡不可用，请重启手机或者更换SD卡或者向管理员反馈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媒体被卸载之前被删除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10053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SD卡不可用，请重启手机或者更换SD卡或者向管理员反馈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存储介质存在但未无法安装，通常，如果介质上的文件系统已损坏，则会发生这种情况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10054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SD卡不可用，请重启手机或者更换SD卡或者向管理员反馈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媒体正在被弹出的过程中</w:t>
            </w:r>
          </w:p>
        </w:tc>
      </w:tr>
    </w:tbl>
    <w:p>
      <w:pPr>
        <w:spacing w:after="40"/>
      </w:pPr>
    </w:p>
    <w:p>
      <w:pPr>
        <w:pStyle w:val="Heading2"/>
      </w:pPr>
      <w:r>
        <w:t>2.播放错误对应的错误码及提示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中文错误提示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英文错误提示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错误来源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错误类型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视频异常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无法连接网络，请连接网络后播放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无法连接网络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流量超标，请向管理员反馈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流量超标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账号过期，请向管理员反馈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账号过期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本地视频文件损坏，请重新下载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本地视频文件错误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播放异常，请重新播放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视频开始播放错误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20009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没有权限访问视频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请先设置播放凭证，再进行播放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没有设置用户token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视频状态异常，无法播放，请向管理员反馈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视频id不正确，请设置正确的视频id进行播放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清晰度不正确，请设置正确的清晰度进行播放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码率错误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视频信息加载失败，请尝试切换网络重新播放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video取得为null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mp4链接数量错误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m3u8链接数量错误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播放速度不正确，请设置正确的播放速度进行播放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播放视频速度为null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找不到缓存的视频文件，请连网后重新下载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没有缓存视频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1.5倍播放地址为空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1.5倍播放地址错误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1.5倍播放地址错误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 15x链接数量错误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切换清晰度相同，请选择其它清晰度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切换码率相同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切换播放速度相同，请选择其它播放速度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切换播放速度相同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30009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未开始播放视频不能切换清晰度，请先播放视频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不能切换码率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未开始播放视频不能切换播放速度，请先播放视频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不能切换速度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视频加载过程中出错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视频问答数据加载失败，请重新播放或者切换网络重新播放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问答错误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写 hls url 格式错误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视频没有这个清晰度，请切换其它清晰度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视频码率不存在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播放授权获取失败，请重新播放或者切换网络重新播放或者向管理员反馈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token取得为null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hls2 url 格式错误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视频异常结束，请重新播放或者向管理员反馈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异常播放完成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检测到拒绝读取存储设备，请先为应用程序分配权限，再重新播放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拒绝写入存储设备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30019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播放地址为空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30020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当前视频无法播放，请向管理员反馈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音频地址为空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30021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找不到缓存的音频文件，请连网后重新下载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没有缓存音频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30022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未开始播放不能切换音频，请开始播放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不能切换音频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30023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未开始播放不能切换视频，请开始播放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不能切换视频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30024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本地音频文件损坏，请重新下载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本地音频文件错误</w:t>
            </w:r>
          </w:p>
        </w:tc>
      </w:tr>
    </w:tbl>
    <w:p>
      <w:pPr>
        <w:spacing w:after="40"/>
      </w:pPr>
    </w:p>
    <w:p>
      <w:pPr>
        <w:pStyle w:val="Heading1"/>
      </w:pPr>
      <w:r>
        <w:t>iOS SDK错误码及对应提示</w:t>
      </w:r>
    </w:p>
    <w:p>
      <w:pPr>
        <w:pStyle w:val="Heading2"/>
      </w:pPr>
      <w:r>
        <w:t>1.视频管理账号错误对应的错误码及提示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中文错误提示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英文错误提示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错误来源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错误类型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视频或账号不合法，请向管理员反馈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视频或账号不合法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流量超标，请向管理员反馈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账户套餐流量不足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账号过期，请向管理员反馈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账户套餐已过期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视频与账号不匹配，请向管理员反馈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视频与账号不匹配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播放秘钥不合法，请向管理员反馈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加密秘钥不合法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播放加密向量不合法，请向管理员反馈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加密向量不合法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20009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视频状态不合法，请向管理员反馈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视频状态不合法</w:t>
            </w:r>
          </w:p>
        </w:tc>
      </w:tr>
    </w:tbl>
    <w:p>
      <w:pPr>
        <w:spacing w:after="40"/>
      </w:pPr>
    </w:p>
    <w:p>
      <w:pPr>
        <w:pStyle w:val="Heading2"/>
      </w:pPr>
      <w:r>
        <w:t>2.播放错误对应的错误码及提示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中文错误提示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英文错误提示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错误来源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错误类型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请尝试重新播放，或向管理员反馈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播放令牌请求失败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视频播放参数类型错误，请尝试重新播放，或向管理员反馈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无法获取视频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无法找到视频，请尝试重新播放/下载，或向管理员反馈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未知视频对象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20013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视频时长错误，请向管理员反馈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视频时长不合法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20021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不支持的片头视频格式，请向管理员反馈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片头格式不合法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20025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广告类型不支持，请向管理员反馈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广告类型不合法</w:t>
            </w:r>
          </w:p>
        </w:tc>
      </w:tr>
    </w:tbl>
    <w:p>
      <w:pPr>
        <w:spacing w:after="40"/>
      </w:pPr>
    </w:p>
    <w:p>
      <w:pPr>
        <w:pStyle w:val="Heading2"/>
      </w:pPr>
      <w:r>
        <w:t>3.下载错误对应的错误码及提示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中文错误提示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英文错误提示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错误来源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错误类型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20040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下载失败，请尝试重新下载，或向管理员反馈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20041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下载对象创建失败，请尝试重新下载，或向管理员反馈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下载器创建失败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20042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下载任务创建失败，请尝试重新下载，或向管理员反馈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下载任务创建失败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20043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下载任务丢失，请尝试重新下载，或向管理员反馈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下载任务不存在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20051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m3u8文件写入失败，请尝试重新下载，或向管理员反馈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m3u8写入失败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20052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key文件写入失败，请尝试重新下载，或向管理员反馈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播放秘钥写入错误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20053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m3u8文件路径修复失败，请尝试重新下载，或向管理员反馈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切片路径修复失败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20055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下载文件解压失败，请尝试重新下载，或向管理员反馈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解压错误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20061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传入参数错误，请向管理员反馈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参数不合法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20062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下载目录不存在，请向管理员反馈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下载目录不存在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20063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无法检索文件，目标存在同名目录,请向管理员反馈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无法检索文件，目标存在同名目录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20064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获取下载文件名失败，请尝试重新下载，或向管理员反馈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无法获取文件名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20065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获取ts切片索引失败，请尝试重新下载，或向管理员反馈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无法获取切片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20066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本地资源无法访问，请向管理员反馈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本地资源不可达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20067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本地视频播放秘钥错误，请删除视频并重新下载，或向管理员反馈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本地视频播放秘钥不合法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20068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 视频目录索引失败，请向管理员反馈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hls目录索引失败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20071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视频文件移除失败，请重新移除，或向管理员反馈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视频移除错误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20072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文件移动错误，请向管理员反馈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文件移动错误</w:t>
            </w:r>
          </w:p>
        </w:tc>
      </w:tr>
    </w:tbl>
    <w:p>
      <w:pPr>
        <w:spacing w:after="40"/>
      </w:pPr>
    </w:p>
    <w:p>
      <w:pPr>
        <w:pStyle w:val="Heading2"/>
      </w:pPr>
      <w:r>
        <w:t>3.网络请求错误对应的错误码及提示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中文错误提示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英文错误提示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错误来源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错误类型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20100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请检查网络连接设置，或向管理员返反馈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网络中断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20101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请检查网络连接设置，或向管理员返反馈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网络错误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20102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服务器响应错误，请向管理员返反馈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20103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网络请求错误，请稍后重试，或向管理员反馈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20104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 解析错误，请稍后再试，或向管理员反馈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JSON解析错误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20111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播放秘钥请求失败,请尝试重新下载，或向管理员反馈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播放秘钥请求失败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20112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m3u8文件请求失败,请尝试重新下载，或向管理员反馈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m3u8请求失败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SDK错误码及对应提示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