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直播方式</w:t>
      </w:r>
    </w:p>
    <w:p>
      <w:pPr>
        <w:pStyle w:val="Heading2"/>
      </w:pPr>
      <w:r>
        <w:t>一.功能路径</w:t>
      </w:r>
    </w:p>
    <w:p>
      <w:r>
        <w:rPr>
          <w:rFonts w:ascii="Menlo" w:hAnsi="Menlo"/>
          <w:color w:val="444444"/>
          <w:sz w:val="20"/>
        </w:rPr>
        <w:t>我的直播</w:t>
      </w:r>
      <w:r>
        <w:rPr>
          <w:rFonts w:ascii="Source Han Sans SC" w:hAnsi="Source Han Sans SC" w:eastAsia="Source Han Sans SC" w:cs="Source Han Sans SC" w:hint="eastAsia"/>
          <w:sz w:val="21"/>
        </w:rPr>
        <w:t>-&gt;</w:t>
      </w:r>
      <w:r>
        <w:rPr>
          <w:rFonts w:ascii="Menlo" w:hAnsi="Menlo"/>
          <w:color w:val="444444"/>
          <w:sz w:val="20"/>
        </w:rPr>
        <w:t>频道设置</w:t>
      </w:r>
      <w:r>
        <w:rPr>
          <w:rFonts w:ascii="Source Han Sans SC" w:hAnsi="Source Han Sans SC" w:eastAsia="Source Han Sans SC" w:cs="Source Han Sans SC" w:hint="eastAsia"/>
          <w:sz w:val="21"/>
        </w:rPr>
        <w:t>-&gt;</w:t>
      </w:r>
      <w:r>
        <w:rPr>
          <w:rFonts w:ascii="Menlo" w:hAnsi="Menlo"/>
          <w:color w:val="444444"/>
          <w:sz w:val="20"/>
        </w:rPr>
        <w:t>直播间</w:t>
      </w:r>
      <w:r>
        <w:rPr>
          <w:rFonts w:ascii="Source Han Sans SC" w:hAnsi="Source Han Sans SC" w:eastAsia="Source Han Sans SC" w:cs="Source Han Sans SC" w:hint="eastAsia"/>
          <w:sz w:val="21"/>
        </w:rPr>
        <w:t>-&gt;</w:t>
      </w:r>
      <w:r>
        <w:rPr>
          <w:rFonts w:ascii="Menlo" w:hAnsi="Menlo"/>
          <w:color w:val="444444"/>
          <w:sz w:val="20"/>
        </w:rPr>
        <w:t>直播方式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488915b515297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直播方式2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</w:p>
    <w:p>
      <w:pPr>
        <w:pStyle w:val="Heading2"/>
      </w:pPr>
      <w:r>
        <w:t>二.功能介绍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进入直播方式界面，默认选择常规直播。直播的方式分为常规直播、硬盘直播、拉流直播、音频直播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d3adde3f4e022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1.常规直播：视频频率最高的直播方式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2.硬盘推流：使用硬盘推流功能，可以实现点播视频转直播的功能，播放效果与客户端推流一致。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3.拉流直播：拉流直播可以将直播流转换成当前频道的直播流，然后可以在该频道的观看页中观看。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4.音频直播</w:t>
      </w:r>
    </w:p>
    <w:p>
      <w:pPr>
        <w:pStyle w:val="Heading2"/>
      </w:pPr>
      <w:r>
        <w:t>三.使用步骤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1.常规直播：打开直播助手进行推流即可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2.硬盘推流：云点播--&gt;视频列表--&gt;找到相应的视频--&gt;视频设置--&gt;标签改为直播的频道号--&gt;云直播--&gt;设置直播频道号--&gt;直播方式--&gt;硬盘推流--&gt;选择视频--&gt;设置时间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再点播中选择视频进行设置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666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41385d33af13c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66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把标签修改为直播的频道号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360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daec8fea33275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36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修改标签后的视频会在硬盘推流中显示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67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170b4df370444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6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在硬盘推流中添加推流的视频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371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810828a930269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3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设置推流的日期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371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703c0e20fd813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3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3.拉流直播：直播助手进行推流频道1--&gt;找频道1的推流地址--&gt;把频道1的推流地址复制到频道2直播方式的拉流地址中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频道1的推流地址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677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1f9b177c3ab51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6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把频道1的推流地址复制到频道2直播方式的拉流地址中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066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cf5b08312ddf8d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066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