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直播推广的二维码设置（视频）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2.点击左侧菜单的【观看条件设置】，再点击【验证码观看】，填写提示文字、验证码等，打开二维码开关，并上传二维码图片图片，最后提交保存。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3.这时，观众进入直播会提示需要验证码，观众可以通过扫二维码获取对应的验证码信息。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直播推广的二维码设置（视频）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