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云课堂直播PPT外嵌功能</w:t>
      </w:r>
    </w:p>
    <w:p>
      <w:pPr>
        <w:pStyle w:val="Heading1"/>
      </w:pPr>
      <w:r>
        <w:t>一、使用云课堂进行推流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95573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62c7a941524f6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955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下载地址：[http://soft.polyv.net/soft/PolyvClassSetup.exe](http://soft.polyv.net/soft/PolyvClassSetup.exe "http://soft.polyv.net/soft/PolyvClassSetup.exe")</w:t>
      </w:r>
    </w:p>
    <w:p>
      <w:pPr>
        <w:pStyle w:val="Heading1"/>
      </w:pPr>
      <w:r>
        <w:t>二、页面嵌入播放器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src="https://player.polyv.net/livescript/liveplayer.js"&gt;&lt;/script&gt;</w:t>
        <w:br/>
        <w:t>&lt;div id='player'&gt;&lt;/div&gt;</w:t>
        <w:br/>
        <w:br/>
        <w:t>&lt;script type="text/javascript"&gt;</w:t>
        <w:br/>
        <w:t>var userinfo = {</w:t>
        <w:br/>
        <w:tab/>
        <w:t>"userId":"1498632408308",</w:t>
        <w:br/>
        <w:tab/>
        <w:t>"userName":"广州观众/89716",</w:t>
        <w:br/>
        <w:tab/>
        <w:t>"pic":"//livestatic.videocc.net/assets/wimages/missing_face.png",</w:t>
        <w:br/>
        <w:tab/>
        <w:t>"roomName":"117164",</w:t>
        <w:br/>
        <w:tab/>
        <w:t>"userType":"slice"</w:t>
        <w:br/>
        <w:t>};</w:t>
        <w:br/>
        <w:t>var player = polyvObject('#player').livePlayer({</w:t>
        <w:br/>
        <w:tab/>
        <w:t>'width':'498',</w:t>
        <w:br/>
        <w:tab/>
        <w:t>'height':'409',</w:t>
        <w:br/>
        <w:tab/>
        <w:t>'uid':'dee7bbf1a0',</w:t>
        <w:br/>
        <w:tab/>
        <w:t>'vid':'117164',</w:t>
        <w:br/>
        <w:tab/>
        <w:t>'userInfo':userinfo</w:t>
        <w:br/>
        <w:t>});</w:t>
        <w:br/>
        <w:t>&lt;/script&gt;</w:t>
      </w:r>
    </w:p>
    <w:p>
      <w:pPr>
        <w:pStyle w:val="Heading3"/>
      </w:pPr>
      <w:r>
        <w:t>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100%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播放器宽度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播放器高度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e3wx706i3v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124681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</w:tbl>
    <w:p>
      <w:pPr>
        <w:spacing w:after="40"/>
      </w:pPr>
    </w:p>
    <w:p>
      <w:pPr>
        <w:pStyle w:val="Heading3"/>
      </w:pPr>
      <w:r>
        <w:t>userInfo为客户自定义，均为必填，字段说明如下：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1498632408308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广州观众/89716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http://...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124681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房间名/频道号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slice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</w:t>
            </w:r>
          </w:p>
        </w:tc>
      </w:tr>
    </w:tbl>
    <w:p>
      <w:pPr>
        <w:spacing w:after="40"/>
      </w:pPr>
    </w:p>
    <w:p>
      <w:pPr>
        <w:pStyle w:val="Heading1"/>
      </w:pPr>
      <w:r>
        <w:t>三、回看开启：参数、接口</w:t>
      </w:r>
    </w:p>
    <w:p>
      <w:pPr>
        <w:pStyle w:val="Heading2"/>
      </w:pPr>
      <w:r>
        <w:t>1、直播/回看功能：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在直播播放器里面添加参数：isAutoChange:true ，并且在直播后台中把回放开关打开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9976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b30988859819c4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997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说明：设置改参数之后并且直播后台开启回放，播放器判断当前无直播并且有回放视频，则播放回放视频。当前正在直播则播放直播视频。播放器会自动获取对应回放的PPT数据。</w:t>
      </w:r>
    </w:p>
    <w:p>
      <w:pPr>
        <w:pStyle w:val="Heading2"/>
      </w:pPr>
      <w:r>
        <w:t>2、回看功能：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8441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090878ad0b1064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84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在直播播放器里面添加两个参数：vodsrc、pptSessionId</w:t>
      </w:r>
    </w:p>
    <w:p>
      <w:pPr>
        <w:pStyle w:val="Heading3"/>
      </w:pPr>
      <w:r>
        <w:t>参数说明：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vodsrc：回放视频地址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pptSessionId：ppt回看场次ID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播放器根据设置回放视频地址和ppt场次ID，播放回看视频并请求对应PPT数据。</w:t>
      </w:r>
    </w:p>
    <w:p>
      <w:pPr>
        <w:pStyle w:val="Heading2"/>
      </w:pPr>
      <w:r>
        <w:t>3、切换回看接口：j2s_changeVideo(url,sessionId)</w:t>
      </w:r>
    </w:p>
    <w:p>
      <w:pPr>
        <w:pStyle w:val="Heading3"/>
      </w:pPr>
      <w:r>
        <w:t>参数说明：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url：回看视频地址（可选回放管理中直播暂存的m3u8地址）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sessionId：回看场次Id</w:t>
      </w:r>
    </w:p>
    <w:p>
      <w:pPr>
        <w:pStyle w:val="Heading2"/>
      </w:pPr>
      <w:r>
        <w:t>使用方法：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function  s2j_onOver(){</w:t>
        <w:br/>
        <w:t>player.j2s_changeVideo("http://rflive.videocc.net/e3wx706i3v20170613163138075/recordf.e3wx706i3v20170613163138075_20170627145856.m3u8","er6ut2wtoy");</w:t>
        <w:br/>
        <w:t>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云课堂直播PPT外嵌功能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