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按标签查找视频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http://api.polyv.net/v2/video/{userid}/search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按视频标签查找视频列表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XML/JSON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POST,GET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POLYV用户ID，http://api.polyv.net/v2/video/{userid}/search 中的{userid}需要替换为POLYV用户ID的值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默认返回json格式，如果format=xml返回xml格式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例如，正常情况{error:0,data:””}，加 jsonp=a后返回a({error:0,data:””})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numPerPage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</w:t>
            </w:r>
          </w:p>
        </w:tc>
      </w:tr>
    </w:tbl>
    <w:p>
      <w:pPr>
        <w:spacing w:after="40"/>
      </w:pPr>
    </w:p>
    <w:p>
      <w:pPr>
        <w:pStyle w:val="Heading3"/>
      </w:pPr>
      <w:r>
        <w:t>PHP示例代码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$userid="9f1e0689e1";//必选</w:t>
        <w:br/>
        <w:t>$format="";</w:t>
        <w:br/>
        <w:t>$jsonp="";</w:t>
        <w:br/>
        <w:t>$numPerPage=100;</w:t>
        <w:br/>
        <w:t>$pageNum=1;</w:t>
        <w:br/>
        <w:t>$ptime=time()*1000;//必选</w:t>
        <w:br/>
        <w:t>$tag="刘诗昆";</w:t>
        <w:br/>
        <w:t>$secretkey="AkDipaULWw";</w:t>
        <w:br/>
        <w:t>$post_data = array (</w:t>
        <w:br/>
        <w:t xml:space="preserve">    "format" =&gt; $format,</w:t>
        <w:br/>
        <w:t xml:space="preserve">    "jsonp" =&gt; $jsonp,</w:t>
        <w:br/>
        <w:t xml:space="preserve">    "numPerPage" =&gt; $numPerPage,</w:t>
        <w:br/>
        <w:t xml:space="preserve">    "pageNum" =&gt; $pageNum,</w:t>
        <w:br/>
        <w:t xml:space="preserve">    "ptime" =&gt; $ptime,</w:t>
        <w:br/>
        <w:t xml:space="preserve">    "tag" =&gt; $tag</w:t>
        <w:br/>
        <w:t>);</w:t>
        <w:br/>
        <w:t>$str="";</w:t>
        <w:br/>
        <w:t>foreach ($post_data as $key =&gt; $value){</w:t>
        <w:br/>
        <w:t xml:space="preserve">    if (!empty($value)) {</w:t>
        <w:br/>
        <w:t xml:space="preserve">        $str.=$key."=".$value."&amp;";</w:t>
        <w:br/>
        <w:t xml:space="preserve">    }else{</w:t>
        <w:br/>
        <w:t xml:space="preserve">        unset($post_data[$key]);</w:t>
        <w:br/>
        <w:t xml:space="preserve">    }</w:t>
        <w:br/>
        <w:t>}</w:t>
        <w:br/>
        <w:t>$str=substr($str, 0,strlen($str)-1);</w:t>
        <w:br/>
        <w:t>$str.=$secretkey;</w:t>
        <w:br/>
        <w:t>// echo $str;</w:t>
        <w:br/>
        <w:t>// die();</w:t>
        <w:br/>
        <w:t>$hash=strtoupper(sha1($str));</w:t>
        <w:br/>
        <w:t>$post_data["sign"] = $hash;</w:t>
        <w:br/>
        <w:t>// var_dump($post_data);</w:t>
        <w:br/>
        <w:t>// exit();</w:t>
        <w:br/>
        <w:t>$url="http://api.polyv.net/v2/video/{$userid}/search";</w:t>
        <w:br/>
        <w:t>$ch = curl_init();</w:t>
        <w:br/>
        <w:t>curl_setopt($ch, CURLOPT_URL, $url);</w:t>
        <w:br/>
        <w:t>curl_setopt($ch, CURLOPT_RETURNTRANSFER, 1);</w:t>
        <w:br/>
        <w:t>curl_setopt($ch, CURLOPT_POST, 1);</w:t>
        <w:br/>
        <w:t>curl_setopt($ch, CURLOPT_POSTFIELDS, $post_data);</w:t>
        <w:br/>
        <w:t>$output = curl_exec($ch);</w:t>
        <w:br/>
        <w:t>curl_close($ch);</w:t>
        <w:br/>
        <w:t>print_r($output);</w:t>
        <w:br/>
        <w:t>?&gt;</w:t>
      </w:r>
    </w:p>
    <w:p>
      <w:pPr>
        <w:pStyle w:val="Heading2"/>
      </w:pPr>
      <w:r>
        <w:t>返回结果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&lt;xml&gt;</w:t>
        <w:br/>
        <w:tab/>
        <w:t>&lt;code&gt;200&lt;/code&gt;</w:t>
        <w:br/>
        <w:tab/>
        <w:t>&lt;status&gt;success&lt;/status&gt;</w:t>
        <w:br/>
        <w:tab/>
        <w:t>&lt;message&gt;success&lt;/message&gt;</w:t>
        <w:br/>
        <w:tab/>
        <w:t>&lt;data&gt;</w:t>
        <w:br/>
        <w:tab/>
        <w:tab/>
        <w:t>&lt;tag&gt;刘诗昆,110435&lt;/tag&gt;</w:t>
        <w:br/>
        <w:tab/>
        <w:tab/>
        <w:t>&lt;mp4&gt;http://mpv.videocc.net/9f1e0689e1/6/9f1e0689e1a156fc6b373eab9195b0c6_1.mp4&lt;/mp4&gt;</w:t>
        <w:br/>
        <w:tab/>
        <w:tab/>
        <w:t>&lt;title&gt;刘诗昆钢琴教程4&lt;/title&gt;</w:t>
        <w:br/>
        <w:tab/>
        <w:tab/>
        <w:t>&lt;df&gt;1&lt;/df&gt;</w:t>
        <w:br/>
        <w:tab/>
        <w:tab/>
        <w:t>&lt;times&gt;68&lt;/times&gt;</w:t>
        <w:br/>
        <w:tab/>
        <w:tab/>
        <w:t>&lt;vid&gt;9f1e0689e1a156fc6b373eab9195b0c6_9&lt;/vid&gt;</w:t>
        <w:br/>
        <w:tab/>
        <w:tab/>
        <w:t>&lt;mp4_1&gt;http://mpv.videocc.net/9f1e0689e1/6/9f1e0689e1a156fc6b373eab9195b0c6_1.mp4&lt;/mp4_1&gt;</w:t>
        <w:br/>
        <w:tab/>
        <w:tab/>
        <w:t>&lt;cataid&gt;1470122811372&lt;/cataid&gt;</w:t>
        <w:br/>
        <w:tab/>
        <w:tab/>
        <w:t>&lt;swf_link&gt;http://player.polyv.net/videos/9f1e0689e1a156fc6b373eab9195b0c6_9.swf&lt;/swf_link&gt;</w:t>
        <w:br/>
        <w:tab/>
        <w:tab/>
        <w:t>&lt;status&gt;60&lt;/status&gt;</w:t>
        <w:br/>
        <w:tab/>
        <w:tab/>
        <w:t>&lt;seed&gt;0&lt;/seed&gt;</w:t>
        <w:br/>
        <w:tab/>
        <w:tab/>
        <w:t>&lt;playerwidth&gt;600&lt;/playerwidth&gt;</w:t>
        <w:br/>
        <w:tab/>
        <w:tab/>
        <w:t>&lt;duration&gt;00:35:52&lt;/duration&gt;</w:t>
        <w:br/>
        <w:tab/>
        <w:tab/>
        <w:t>&lt;first_image&gt;http://img.videocc.net/uimage/9/9f1e0689e1/6/9f1e0689e1a156fc6b373eab9195b0c6_5.jpg&lt;/first_image&gt;</w:t>
        <w:br/>
        <w:tab/>
        <w:tab/>
        <w:t>&lt;original_definition&gt;384x294&lt;/original_definition&gt;</w:t>
        <w:br/>
        <w:tab/>
        <w:tab/>
        <w:t>&lt;context&gt;&lt;/context&gt;</w:t>
        <w:br/>
        <w:tab/>
        <w:tab/>
        <w:t>&lt;playerheight&gt;458&lt;/playerheight&gt;</w:t>
        <w:br/>
        <w:tab/>
        <w:tab/>
        <w:t>&lt;ptime&gt;2016-04-28 12:11:10&lt;/ptime&gt;</w:t>
        <w:br/>
        <w:tab/>
        <w:tab/>
        <w:t>&lt;source_filesize&gt;65153042&lt;/source_filesize&gt;</w:t>
        <w:br/>
        <w:tab/>
        <w:tab/>
        <w:t>&lt;filesize&gt;69789952&lt;/filesize&gt;</w:t>
        <w:br/>
        <w:tab/>
        <w:tab/>
        <w:t>&lt;md5checksum&gt;b6dc8cd9ac9f189e5e2efeba8fd62d9b&lt;/md5checksum&gt;</w:t>
        <w:br/>
        <w:tab/>
        <w:tab/>
        <w:t>&lt;hls&gt;http://hls.videocc.net/9f1e0689e1/9/9f1e0689e1a156fc6b373eab9195b0c6_1.m3u8&lt;/hls&gt;</w:t>
        <w:br/>
        <w:tab/>
        <w:t>&lt;/data&gt;</w:t>
        <w:br/>
        <w:t>&lt;/xml&gt;</w:t>
      </w:r>
    </w:p>
    <w:p>
      <w:pPr>
        <w:pStyle w:val="Heading2"/>
      </w:pPr>
      <w:r>
        <w:t>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[</w:t>
        <w:br/>
        <w:t xml:space="preserve">    {</w:t>
        <w:br/>
        <w:t xml:space="preserve">      "tag": "刘诗昆,110435",</w:t>
        <w:br/>
        <w:t xml:space="preserve">      "mp4": "http://mpv.videocc.net/9f1e0689e1/6/9f1e0689e1a156fc6b373eab9195b0c6_1.mp4",</w:t>
        <w:br/>
        <w:t xml:space="preserve">      "title": "刘诗昆钢琴教程4",</w:t>
        <w:br/>
        <w:t xml:space="preserve">      "df": 1,</w:t>
        <w:br/>
        <w:t xml:space="preserve">      "times": "68",</w:t>
        <w:br/>
        <w:t xml:space="preserve">      "vid": "9f1e0689e1a156fc6b373eab9195b0c6_9",</w:t>
        <w:br/>
        <w:t xml:space="preserve">      "mp4_1": "http://mpv.videocc.net/9f1e0689e1/6/9f1e0689e1a156fc6b373eab9195b0c6_1.mp4",</w:t>
        <w:br/>
        <w:t xml:space="preserve">      "cataid": "1470122811372",</w:t>
        <w:br/>
        <w:t xml:space="preserve">      "swf_link": "http://player.polyv.net/videos/9f1e0689e1a156fc6b373eab9195b0c6_9.swf",</w:t>
        <w:br/>
        <w:t xml:space="preserve">      "status": "60",</w:t>
        <w:br/>
        <w:t xml:space="preserve">      "seed": 0,</w:t>
        <w:br/>
        <w:t xml:space="preserve">      "playerwidth": "600",</w:t>
        <w:br/>
        <w:t xml:space="preserve">      "duration": "00:35:52",</w:t>
        <w:br/>
        <w:t xml:space="preserve">      "first_image": "http://img.videocc.net/uimage/9/9f1e0689e1/6/9f1e0689e1a156fc6b373eab9195b0c6_5.jpg",</w:t>
        <w:br/>
        <w:t xml:space="preserve">      "original_definition": "384x294",</w:t>
        <w:br/>
        <w:t xml:space="preserve">      "context": "",</w:t>
        <w:br/>
        <w:t xml:space="preserve">      "playerheight": "458",</w:t>
        <w:br/>
        <w:t xml:space="preserve">      "ptime": "2016-04-28 12:11:10",</w:t>
        <w:br/>
        <w:t xml:space="preserve">      "source_filesize": 65153042,</w:t>
        <w:br/>
        <w:t xml:space="preserve">      "filesize": [</w:t>
        <w:br/>
        <w:t xml:space="preserve">        69789952</w:t>
        <w:br/>
        <w:t xml:space="preserve">      ],</w:t>
        <w:br/>
        <w:t xml:space="preserve">      "md5checksum": "b6dc8cd9ac9f189e5e2efeba8fd62d9b",</w:t>
        <w:br/>
        <w:t xml:space="preserve">      "hls": [</w:t>
        <w:br/>
        <w:t xml:space="preserve">        "http://hls.videocc.net/9f1e0689e1/9/9f1e0689e1a156fc6b373eab9195b0c6_1.m3u8"</w:t>
        <w:br/>
        <w:t xml:space="preserve">      ]</w:t>
        <w:br/>
        <w:t xml:space="preserve">    }</w:t>
        <w:br/>
        <w:t xml:space="preserve">  ]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mp4_1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流畅码率mp4格式视频地址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 如1为根目录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swf_link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返回flash链接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加密视频为1，非加密为0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playerwidth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first_image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original_definition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最佳分辨率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context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playerheight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视频上传日期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source_filesize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编码后各个清晰度视频的文件大小，类型为array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md5checksum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md5校验码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m3u8地址</w:t>
            </w:r>
          </w:p>
        </w:tc>
      </w:tr>
    </w:tbl>
    <w:p>
      <w:pPr>
        <w:spacing w:after="40"/>
      </w:pPr>
    </w:p>
    <w:p>
      <w:pPr>
        <w:pStyle w:val="Heading2"/>
      </w:pPr>
      <w:r>
        <w:t>sign的生成规则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format=参数&amp;jsonp=参数&amp;numPerPage=参数&amp;pageNum=参数&amp;ptime=参数&amp;tag=参数secureKey经过SHA-1加密再经过大写化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(注意：参数为空时，则在生成sign的时候不需要添加此字段。例如如果这里没有t，则不需要拼接&amp;t=参数)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按标签查找视频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