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直播主持人设置（视频）</w:t>
      </w:r>
    </w:p>
    <w:p>
      <w:pPr>
        <w:pStyle w:val="Heading2"/>
      </w:pPr>
      <w:r>
        <w:t>视频说明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1.在直播后台里找到并点击【频道列表】，然后点击需要修改的频道号。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2.点击【基本信息设置】——【频道基本信息】，输入【主持人】名字，提交即可。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直播主持人设置（视频）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