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直播公告功能（视频）</w:t>
      </w:r>
    </w:p>
    <w:p>
      <w:pPr>
        <w:pStyle w:val="Heading2"/>
      </w:pPr>
      <w:r>
        <w:t>视频说明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1.登录保利威视管理员或助教后台，点击发布公告；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2.在弹出的对话框中输入公告内容，然后发布公告；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3.直播观看页会弹出公告消息，每次登录均可以看到公告。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直播公告功能（视频）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