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直播播放器效果设置（视频）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1.在直播后台里找到并点击【频道列表】，然后点击需要修改的频道号。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2.点击左侧菜单的【播放器设置】，可以设置播放器的颜色以及是否自动播放。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直播播放器效果设置（视频）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