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直播如何设置白名单观看（视频）</w:t>
      </w:r>
    </w:p>
    <w:p>
      <w:pPr>
        <w:pStyle w:val="Heading2"/>
      </w:pPr>
      <w:r>
        <w:t>视频说明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进入想要修改的频道，点击【观看条件设置】，进入【白名单观看】的界面。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编辑“提示文字”，开启“手机白名单”，可下载Excel模板根据模板导入每一个观众对应的任意值（具有唯一观看性），然后点击“导入手机号”上传Excel表，提交即可。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上传后，点击“查看手机白名单”，用户搜索相关手机号或用户名就可以快速找到用户，也可以点击“导入”继续输入白名单。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直播如何设置白名单观看（视频）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