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修改直播频道图标（视频）</w:t>
      </w:r>
    </w:p>
    <w:p>
      <w:pPr>
        <w:pStyle w:val="Heading2"/>
      </w:pPr>
      <w:r>
        <w:t>视频说明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1.在直播后台里找到并点击【频道列表】，然后点击需要修改的频道号。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2.点击左侧菜单的【基本信息设置】，再点击【频道图标】，上传新的频道图片（图片小于2M，支持PNG JPG JPEG格式，推荐正方形图片），通过图片调整框调整图片的显示大小，然后提交。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修改直播频道图标（视频）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