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移动端直播引导图设置（视频）</w:t>
      </w:r>
    </w:p>
    <w:p>
      <w:pPr>
        <w:pStyle w:val="Heading2"/>
      </w:pPr>
      <w:r>
        <w:t>视频说明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1.云直播后台点击【频道列表】——【我的直播频道】，然后点击进入您想修改的频道名称。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2.点击【引导页】—【移动端引导图】，打开【引导图开关】，再点击【上传图片】，提交即可。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注：图片大小4M以内，图片分辨率1080*1740像素，支持PNG、JPG、JPEG格式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移动端直播引导图设置（视频）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