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test</w:t>
      </w:r>
    </w:p>
    <w:p>
      <w:pPr>
        <w:pStyle w:val="Heading3"/>
      </w:pPr>
      <w:r>
        <w:t>点击查看播放器函数接口说明</w:t>
      </w:r>
    </w:p>
    <w:p/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&lt;OBJECT classid="clsid:D27CDB6E-AE6D-11cf-96B8-444553540000" width="708" height="490" id="polyvplayer02bfeb00e2ba940698c54cdf517aa9b6_0"&gt;&lt;PARAM NAME=movie VALUE="http://player.polyv.net/videos/player.swf"&gt;&lt;param name="allowscriptaccess" value="always"&gt;&lt;param name="wmode" value="Transparent"&gt;&lt;param name="flashvars" value="vid=02bfeb00e2ba940698c54cdf517aa9b6_0" /&gt;&lt;param name="allowFullScreen" value="true" /&gt;&lt;EMBED src="http://player.polyv.net/videos/player.swf" width="708" height="490"  TYPE="application/x-shockwave-flash" allowscriptaccess="always" wmode="Transparent" name="polyvplayer02bfeb00e2ba940698c54cdf517aa9b6_0" allowFullScreen="true" flashvars="vid=02bfeb00e2ba940698c54cdf517aa9b6_0"/&gt;&lt;/EMBED&gt;&lt;/OBJECT&gt;&lt;br /&gt;</w:t>
        <w:br/>
        <w:br/>
        <w:t>&lt;span id="stayInVideoTime"&gt;当前观看时间（包含视频缓冲时间）是 0 秒&lt;/span&gt;&lt;br&gt;</w:t>
        <w:br/>
        <w:t>&lt;span id="realPlayVideoTime"&gt;当前观看时间（不包含视频缓冲时间）是 0 秒&lt;/span&gt;&lt;br&gt;</w:t>
        <w:br/>
        <w:t>&lt;span id="getCurrentTime"&gt;当前播放进度是 0 秒&lt;/span&gt;&lt;br /&gt;</w:t>
        <w:br/>
        <w:t>&lt;span id="flow"&gt;当前流量: 0 字节 | 0 KB&lt;/span&gt;&lt;br /&gt;</w:t>
        <w:br/>
        <w:t>&lt;span id="duration"&gt;当前视频的时长是 0 秒&lt;/span&gt;&lt;br /&gt;</w:t>
        <w:br/>
        <w:br/>
        <w:t>&lt;input type="button" onclick="resume()" value="播放"&gt;&lt;/input&gt;</w:t>
        <w:br/>
        <w:t>&lt;input type="button" onclick="pause()" value="暂停"&gt;&lt;/input&gt;</w:t>
        <w:br/>
        <w:t>&lt;input type="button" onclick="seek(30)" value="seek到第30秒"&gt;&lt;/input&gt;</w:t>
        <w:br/>
        <w:t>&lt;input type="button" onclick="stop()" value="停止"&gt;&lt;/input&gt;</w:t>
        <w:br/>
        <w:t>&lt;input type="button" onclick="nextVideo()" value="切换到下一个视频"&gt;&lt;/input&gt;&lt;br /&gt;</w:t>
        <w:br/>
        <w:br/>
        <w:t>&lt;script type="text/javascript"&gt;</w:t>
        <w:br/>
        <w:t>function getPlayer(movieName) {</w:t>
        <w:br/>
        <w:t xml:space="preserve"> if (navigator.appName.indexOf("Microsoft") != -1) {</w:t>
        <w:br/>
        <w:t xml:space="preserve">  var reObj=window[movieName];</w:t>
        <w:br/>
        <w:t xml:space="preserve">  try</w:t>
        <w:br/>
        <w:t xml:space="preserve">  {</w:t>
        <w:br/>
        <w:t xml:space="preserve">   if(reObj.length [&gt;]0)</w:t>
        <w:br/>
        <w:t xml:space="preserve">   {</w:t>
        <w:br/>
        <w:t xml:space="preserve">    return reObj[0];</w:t>
        <w:br/>
        <w:t xml:space="preserve">   }</w:t>
        <w:br/>
        <w:t xml:space="preserve">            else</w:t>
        <w:br/>
        <w:t xml:space="preserve">            {</w:t>
        <w:br/>
        <w:t xml:space="preserve">              return reObj;</w:t>
        <w:br/>
        <w:t xml:space="preserve">            }</w:t>
        <w:br/>
        <w:t xml:space="preserve">  }catch(e)</w:t>
        <w:br/>
        <w:t xml:space="preserve">  {</w:t>
        <w:br/>
        <w:br/>
        <w:t xml:space="preserve">  }</w:t>
        <w:br/>
        <w:t xml:space="preserve">  return ;</w:t>
        <w:br/>
        <w:t xml:space="preserve"> }</w:t>
        <w:br/>
        <w:t xml:space="preserve"> else {</w:t>
        <w:br/>
        <w:t xml:space="preserve">  return document[movieName];</w:t>
        <w:br/>
        <w:t xml:space="preserve"> }</w:t>
        <w:br/>
        <w:t>}</w:t>
        <w:br/>
        <w:t>var player=getPlayer("polyvplayer02bfeb00e2ba940698c54cdf517aa9b6_0");</w:t>
        <w:br/>
        <w:br/>
        <w:t>function resume()</w:t>
        <w:br/>
        <w:t>{</w:t>
        <w:br/>
        <w:t xml:space="preserve">  player.j2s_resumeVideo();</w:t>
        <w:br/>
        <w:t>}</w:t>
        <w:br/>
        <w:br/>
        <w:t>function pause()</w:t>
        <w:br/>
        <w:t>{</w:t>
        <w:br/>
        <w:t xml:space="preserve">  player.j2s_pauseVideo();</w:t>
        <w:br/>
        <w:t>}</w:t>
        <w:br/>
        <w:br/>
        <w:t>function seek(_sec)</w:t>
        <w:br/>
        <w:t>{</w:t>
        <w:br/>
        <w:t xml:space="preserve">  player.j2s_seekVideo(_sec);</w:t>
        <w:br/>
        <w:t>}</w:t>
        <w:br/>
        <w:br/>
        <w:t>function stop()</w:t>
        <w:br/>
        <w:t>{</w:t>
        <w:br/>
        <w:t xml:space="preserve">  player.j2s_stopVideo();</w:t>
        <w:br/>
        <w:t>}</w:t>
        <w:br/>
        <w:br/>
        <w:t>function nextVideo()</w:t>
        <w:br/>
        <w:t>{</w:t>
        <w:br/>
        <w:t xml:space="preserve">  player.changeVid("02bfeb00e27ff92a76364b16af2f115e_0");</w:t>
        <w:br/>
        <w:t>}</w:t>
        <w:br/>
        <w:br/>
        <w:t>function render()</w:t>
        <w:br/>
        <w:t>{</w:t>
        <w:br/>
        <w:t>if(player != undefined &amp;&amp; player.j2s_stayInVideoTime != undefined &amp;&amp; player.j2s_realPlayVideoTime != undefined &amp;&amp; player.j2s_getCurrentTime != undefined &amp;&amp; player.j2s_getDuration != undefined &amp;&amp; player.j2s_getFlowCount != undefined){</w:t>
        <w:br/>
        <w:t xml:space="preserve">  var sec1=player.j2s_stayInVideoTime();</w:t>
        <w:br/>
        <w:t xml:space="preserve">  var sec2=player.j2s_getCurrentTime();</w:t>
        <w:br/>
        <w:t xml:space="preserve">  var sec3=player.j2s_getDuration();</w:t>
        <w:br/>
        <w:t xml:space="preserve">  var sec4=player.j2s_realPlayVideoTime();</w:t>
        <w:br/>
        <w:t xml:space="preserve">  var byte=player.j2s_getFlowCount();</w:t>
        <w:br/>
        <w:t xml:space="preserve">  document.getElementById("stayInVideoTime").innerHTML="当前观看时间（包含视频缓冲时间）是 &lt;span style='color:#ff0000;'&gt;"+sec1+"&lt;/span&gt; 秒";</w:t>
        <w:br/>
        <w:t xml:space="preserve">  document.getElementById("realPlayVideoTime").innerHTML="当前观看时间（不包含视频缓冲时间）是 &lt;span style='color:#ff0000;'&gt;"+sec4+"&lt;/span&gt; 秒";</w:t>
        <w:br/>
        <w:t xml:space="preserve">  document.getElementById("getCurrentTime").innerHTML="当前播放进度是 &lt;span style='color:#ff0000;'&gt;"+sec2+"&lt;/span&gt; 秒";</w:t>
        <w:br/>
        <w:t xml:space="preserve">  document.getElementById("duration").innerHTML="当前视频的时长是 &lt;span style='color:#ff0000;'&gt;"+sec3+"&lt;/span&gt; 秒";</w:t>
        <w:br/>
        <w:t xml:space="preserve">  document.getElementById("flow").innerHTML="当前流量: &lt;span style='color:#ff0000;'&gt;"+byte+"&lt;/span&gt; 字节 | &lt;span style='color:#ff0000;'&gt;"+byte/1024+"&lt;/span&gt; KB";</w:t>
        <w:br/>
        <w:t>}</w:t>
        <w:br/>
        <w:t>}</w:t>
        <w:br/>
        <w:t>var interval=setInterval("render()",500);</w:t>
        <w:br/>
        <w:t>&lt;/script&gt;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