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直播倒计时（视频）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1.在直播后台里找到并点击【频道列表】，然后点击需要修改的频道号。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2.点击左侧菜单的【引导页】，再点击【直播倒计时】，打开【倒计时开关】，然后设置提示文字以及开始时间，最后点击【提交】保存设置。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3.设置完成后，观众会在直播页面看到倒计时的相关信息。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直播倒计时（视频）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