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获取直播频道某天的数据统计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http://api.live.polyv.net/v2/statistics/{channelId}/summary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通过频道号（channelId）获取该频道某段时间的直播统计数据。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yyyy-MM-dd的日期字符串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要查询的数据的开始日期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yyyy-MM-dd的日期字符串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要查询的数据的结束日期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10位或者13位的时间戳均可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status: "success",</w:t>
        <w:br/>
        <w:tab/>
        <w:t>result: [</w:t>
        <w:br/>
        <w:tab/>
        <w:t>{</w:t>
        <w:br/>
        <w:tab/>
        <w:tab/>
        <w:t>currentDay: "2017-08-02",</w:t>
        <w:br/>
        <w:tab/>
        <w:tab/>
        <w:t>channelId: 101378,</w:t>
        <w:br/>
        <w:tab/>
        <w:tab/>
        <w:t>userId: "edv3kno3t5",</w:t>
        <w:br/>
        <w:tab/>
        <w:tab/>
        <w:t>pcPlayDuration: 18,</w:t>
        <w:br/>
        <w:tab/>
        <w:tab/>
        <w:t>pcFlowSize: 7533133,</w:t>
        <w:br/>
        <w:tab/>
        <w:tab/>
        <w:t>pcVideoView: 3,</w:t>
        <w:br/>
        <w:tab/>
        <w:tab/>
        <w:t>pcUniqueViewer: 1,</w:t>
        <w:br/>
        <w:tab/>
        <w:tab/>
        <w:t>mobilePlayDuration: 10,</w:t>
        <w:br/>
        <w:tab/>
        <w:tab/>
        <w:t>mobileFlowSize: 0,</w:t>
        <w:br/>
        <w:tab/>
        <w:tab/>
        <w:t>mobileVideoView: 6,</w:t>
        <w:br/>
        <w:tab/>
        <w:tab/>
        <w:t>mobileUniqueViewer: 2,</w:t>
        <w:br/>
        <w:tab/>
        <w:tab/>
        <w:t>createdTime: 1501697384000,</w:t>
        <w:br/>
        <w:tab/>
        <w:tab/>
        <w:t>lastModified: 1501697384000</w:t>
        <w:br/>
        <w:tab/>
        <w:t>}, {</w:t>
        <w:br/>
        <w:tab/>
        <w:tab/>
        <w:t>currentDay: "2017-08-03",</w:t>
        <w:br/>
        <w:tab/>
        <w:tab/>
        <w:t>channelId: 101378,</w:t>
        <w:br/>
        <w:tab/>
        <w:tab/>
        <w:t>userId: "edv3kno3t5",</w:t>
        <w:br/>
        <w:tab/>
        <w:tab/>
        <w:t>pcPlayDuration: 34,</w:t>
        <w:br/>
        <w:tab/>
        <w:tab/>
        <w:t>pcFlowSize: 23014636,</w:t>
        <w:br/>
        <w:tab/>
        <w:tab/>
        <w:t>pcVideoView: 10,</w:t>
        <w:br/>
        <w:tab/>
        <w:tab/>
        <w:t>pcUniqueViewer: 1,</w:t>
        <w:br/>
        <w:tab/>
        <w:tab/>
        <w:t>mobilePlayDuration: 16,</w:t>
        <w:br/>
        <w:tab/>
        <w:tab/>
        <w:t>mobileFlowSize: 0,</w:t>
        <w:br/>
        <w:tab/>
        <w:tab/>
        <w:t>mobileVideoView: 5,</w:t>
        <w:br/>
        <w:tab/>
        <w:tab/>
        <w:t>mobileUniqueViewer: 2,</w:t>
        <w:br/>
        <w:tab/>
        <w:tab/>
        <w:t>createdTime: 1501783204000,</w:t>
        <w:br/>
        <w:tab/>
        <w:tab/>
        <w:t>lastModified: 1501783204000</w:t>
        <w:br/>
        <w:tab/>
        <w:t>}, {</w:t>
        <w:br/>
        <w:tab/>
        <w:tab/>
        <w:t>currentDay: "2017-08-04",</w:t>
        <w:br/>
        <w:tab/>
        <w:tab/>
        <w:t>channelId: 101378,</w:t>
        <w:br/>
        <w:tab/>
        <w:tab/>
        <w:t>userId: "edv3kno3t5",</w:t>
        <w:br/>
        <w:tab/>
        <w:tab/>
        <w:t>pcPlayDuration: 3,</w:t>
        <w:br/>
        <w:tab/>
        <w:tab/>
        <w:t>pcFlowSize: 0,</w:t>
        <w:br/>
        <w:tab/>
        <w:tab/>
        <w:t>pcVideoView: 1,</w:t>
        <w:br/>
        <w:tab/>
        <w:tab/>
        <w:t>pcUniqueViewer: 1,</w:t>
        <w:br/>
        <w:tab/>
        <w:tab/>
        <w:t>mobilePlayDuration: 0,</w:t>
        <w:br/>
        <w:tab/>
        <w:tab/>
        <w:t>mobileFlowSize: 0,</w:t>
        <w:br/>
        <w:tab/>
        <w:tab/>
        <w:t>mobileVideoView: 0,</w:t>
        <w:br/>
        <w:tab/>
        <w:tab/>
        <w:t>mobileUniqueViewer: 0,</w:t>
        <w:br/>
        <w:tab/>
        <w:tab/>
        <w:t>createdTime: 1501816874000,</w:t>
        <w:br/>
        <w:tab/>
        <w:tab/>
        <w:t>lastModified: 1501816874000</w:t>
        <w:br/>
        <w:tab/>
        <w:t>}</w:t>
        <w:br/>
        <w:t>]}</w:t>
      </w:r>
    </w:p>
    <w:p>
      <w:pPr>
        <w:pStyle w:val="Heading2"/>
      </w:pPr>
      <w:r>
        <w:t>响应失败JSON示例：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code: "invalid.request",</w:t>
        <w:br/>
        <w:t xml:space="preserve">    msg: "signature error."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当期日期：yyyy-MM-dd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PC端播放时长，单位：分钟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PC端消耗流量，单位：bytes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PC端总播放量，类似PV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PC端唯一观众数，类似UV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移动端播放时长，单位：分钟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移动端消耗流量，单位：bytes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移动端总播放量，类似PV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移动端唯一观众数，类似UV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移动端唯一观众数，类似UV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移动端唯一观众数，类似UV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记录添加的时间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记录修改的时间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ab/>
        <w:t>header("Content-type: textml; charset=utf-8");</w:t>
        <w:br/>
        <w:tab/>
        <w:t>$startDay="2017-08-02";</w:t>
        <w:br/>
        <w:tab/>
        <w:t>$endDay="2017-08-08";</w:t>
        <w:br/>
        <w:tab/>
        <w:t>$appId="egzhqa99ud";</w:t>
        <w:br/>
        <w:tab/>
        <w:t>$timestamp= time()*1000;</w:t>
        <w:br/>
        <w:tab/>
        <w:t>$appSecret = "60a0563af8c141e3b2c5b91429fbbc66";</w:t>
        <w:br/>
        <w:tab/>
        <w:t>$str=$appSecret."appId".$appId."endDay".$endDay."startDay".$startDay."timestamp".$timestamp.$appSecret;</w:t>
        <w:br/>
        <w:tab/>
        <w:t>$sign = md5($str);</w:t>
        <w:br/>
        <w:tab/>
        <w:t>$sign = strtoupper($sign);</w:t>
        <w:br/>
        <w:tab/>
        <w:t>$url = "http://api.live.polyv.net/v2/statistics/101378/summary?timestamp=$timestamp&amp;sign=$sign&amp;endDay=$endDay&amp;startDay=$startDay&amp;appId=$appId";</w:t>
        <w:br/>
        <w:tab/>
        <w:t>$ch = curl_init() or die ( curl_error() );</w:t>
        <w:br/>
        <w:tab/>
        <w:t>curl_setopt( $ch, CURLOPT_URL, $url);</w:t>
        <w:br/>
        <w:tab/>
        <w:t>curl_setopt ($ch, CURLOPT_CUSTOMREQUEST, "GET");</w:t>
        <w:br/>
        <w:tab/>
        <w:t>curl_setopt( $ch, CURLOPT_RETURNTRANSFER, 1 );</w:t>
        <w:br/>
        <w:tab/>
        <w:t>curl_setopt( $ch, CURLOPT_CONNECTTIMEOUT, 360);</w:t>
        <w:br/>
        <w:tab/>
        <w:t>$response = curl_exec ( $ch );</w:t>
        <w:br/>
        <w:tab/>
        <w:t>curl_close ( $ch );</w:t>
        <w:br/>
        <w:tab/>
        <w:t>echo $response;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sign生成示例：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1、将请求参数按照参数名字典顺序排列为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ptime = "1501055103000"</w:t>
        <w:br/>
        <w:t>startDay="2017-08-02"</w:t>
        <w:br/>
        <w:t>endDay="2017-08-08"</w:t>
        <w:br/>
        <w:t>appId="egzhqa99ud"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2、连接字符串 连接参数名与参数值,并在首尾加上secretkey（此处secretkey的值为60a0563af8c141e3b2c5b91429fbbc66），如下：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"60a0563af8c141e3b2c5b91429fbbc66" + "appId" +</w:t>
        <w:br/>
        <w:t>"egzhqa99ud" + "endDay" + "2017-08-08" + "ptime" +</w:t>
        <w:br/>
        <w:t>"1501055103000" + "startDay" + "2017-08-02" +  "60a0563af8c141e3b2c5b91429fbbc66"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3、sign为32位大写的MD5值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C758DF8045929D51CA28D51B934C9AAC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获取直播频道某天的数据统计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