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直播分享页面开关设置（视频）</w:t>
      </w:r>
    </w:p>
    <w:p>
      <w:pPr>
        <w:pStyle w:val="Heading2"/>
      </w:pPr>
      <w:r>
        <w:t>视频说明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1.云直播后台点击【频道列表】-【基本信息设置】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2.在【是否关闭分享页面】，点击开启，不管在PC端还是移动端，用户通过分享保利威视后台生成的观看链接，观众均可观看直播。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如果关闭移动端的分享，则只能在PC端观看。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如果选择关闭分享页面，不管在PC端还是移动端，都不能通过后台生成的链接进行观看。这时，只有将保利威视直播的JS代码嵌入到您的页面，观众只有打开您指定的页面才可观看。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直播分享页面开关设置（视频）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