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在线人数和点赞人数设置（视频）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1.登录云直播后台，点击【频道列表】—【我的直播频道】，点击进入您想修改的频道活动名称。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2.在【基本信息设置】界面，用户可在【设置累计观看人数】及【设置点赞数】处更改基础值。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在线人数和点赞人数设置（视频）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