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获取课程的回放视频列表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http://api.polyv.net/live/v2/channels/playback-list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查询直播频道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 POST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当前时间的秒级时间戳（13位）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courseId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课程号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每页的数量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>"code": 200,</w:t>
        <w:br/>
        <w:t>"status": "success",</w:t>
        <w:br/>
        <w:t>"message": "",</w:t>
        <w:br/>
        <w:t>"data":{</w:t>
        <w:br/>
        <w:t>"pageNumber": 1,</w:t>
        <w:br/>
        <w:t>"totalItems": 1,</w:t>
        <w:br/>
        <w:t>"contents":[</w:t>
        <w:br/>
        <w:t>{</w:t>
        <w:br/>
        <w:t>"videoId": "3676ba2be7",</w:t>
        <w:br/>
        <w:t>"videoPoolId": "8l8v64820d9ba661b12356d3d2ce90e7_8",</w:t>
        <w:br/>
        <w:t>"userId": "8l8v64820d",</w:t>
        <w:br/>
        <w:t>"channelId": 134136,</w:t>
        <w:br/>
        <w:t>"title": "test-hl11111",</w:t>
        <w:br/>
        <w:t>"firstImage": "http://img.videocc.net//uimage/8/8l8v64820d/7/8l8v64820d9ba661b12356d3d2ce90e7_0.jpg",</w:t>
        <w:br/>
        <w:t>"duration": "00:01:41",</w:t>
        <w:br/>
        <w:t>"myBr": "1",</w:t>
        <w:br/>
        <w:t>"qid": null,</w:t>
        <w:br/>
        <w:t>"seed": 0,</w:t>
        <w:br/>
        <w:t>"ordertime": 0,</w:t>
        <w:br/>
        <w:t>"createdTime": 1507794147000,</w:t>
        <w:br/>
        <w:t>"lastModified": 1507794300000,</w:t>
        <w:br/>
        <w:t>"asDefault": "N",</w:t>
        <w:br/>
        <w:t>"url": "http://mpv.videocc.net/8l8v64820d/7/8l8v64820d9ba661b12356d3d2ce90e7_1.m3u8",</w:t>
        <w:br/>
        <w:t>"channelSessionId": null,</w:t>
        <w:br/>
        <w:t>"mergeInfo": null,</w:t>
        <w:br/>
        <w:t>"status": "Y",</w:t>
        <w:br/>
        <w:t>"fileUrl": "http://videolib.videocc.net/hrlemvlu0020171012150939842/recordfe-hrlemvlu0020171012150939842--20171012153617.m3u8",</w:t>
        <w:br/>
        <w:t>"fileId": "258f5ff7ef329856332a49c50fc0db5a",</w:t>
        <w:br/>
        <w:t>"startTime": "20171012153617"</w:t>
        <w:br/>
        <w:t>}</w:t>
        <w:br/>
        <w:t>],</w:t>
        <w:br/>
        <w:t>"endRow": 1,</w:t>
        <w:br/>
        <w:t>"startRow": 1,</w:t>
        <w:br/>
        <w:t>"nextPageNumber": 1,</w:t>
        <w:br/>
        <w:t>"firstPage": true,</w:t>
        <w:br/>
        <w:t>"lastPage": true,</w:t>
        <w:br/>
        <w:t>"prePageNumber": 1,</w:t>
        <w:br/>
        <w:t>"totalPages": 1,</w:t>
        <w:br/>
        <w:t>"limit": 1,</w:t>
        <w:br/>
        <w:t>"offset": 0</w:t>
        <w:br/>
        <w:t>}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响应的结果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vidieoId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回放的视频表ID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videoPoolId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点播的视频ID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MP4视频地址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首图地址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 xml:space="preserve">  $timestamp=time()*1000;</w:t>
        <w:br/>
        <w:t xml:space="preserve">  $appId="eh4z28vlbo";</w:t>
        <w:br/>
        <w:t xml:space="preserve">  $courseId="107269";</w:t>
        <w:br/>
        <w:t xml:space="preserve">  $appSecret = "f32c07974b2c4a1bae2a0bcc618b281c";</w:t>
        <w:br/>
        <w:t xml:space="preserve">  $str=$appSecret."appId".$appId."courseId".$channelId."timestamp".$timestamp.$appSecret;</w:t>
        <w:br/>
        <w:t xml:space="preserve">  $sign = strtoupper(md5($str));</w:t>
        <w:br/>
        <w:t xml:space="preserve">  $url="http://api.polyv.net/live/v2/channels/playback-list?appId=$appId&amp;courseId=$courseId&amp;sign=$sign&amp;timestamp=$timestamp";</w:t>
        <w:br/>
        <w:t xml:space="preserve">  $ch = curl_init() or die ( curl_error() );</w:t>
        <w:br/>
        <w:t xml:space="preserve">  curl_setopt( $ch, CURLOPT_URL, $url);</w:t>
        <w:br/>
        <w:t xml:space="preserve">  curl_setopt ($ch, CURLOPT_CUSTOMREQUEST, "GET");</w:t>
        <w:br/>
        <w:t xml:space="preserve">  curl_setopt( $ch, CURLOPT_RETURNTRANSFER, 1 );</w:t>
        <w:br/>
        <w:t xml:space="preserve">  curl_setopt( $ch, CURLOPT_CONNECTTIMEOUT, 360);</w:t>
        <w:br/>
        <w:t xml:space="preserve">  $response = curl_exec ( $ch );</w:t>
        <w:br/>
        <w:t xml:space="preserve">  curl_close ( $ch );</w:t>
        <w:br/>
        <w:t xml:space="preserve">  echo $response;</w:t>
        <w:br/>
        <w:t>?&gt;</w:t>
      </w:r>
    </w:p>
    <w:p>
      <w:pPr>
        <w:pStyle w:val="Heading2"/>
      </w:pPr>
      <w:r>
        <w:t>签名规则：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将请求参数按照参数名字典顺序排列，连接参数名与参数值,并在首尾加上appSecret，生成32位大写MD5值，作为sign。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以下是示例过程：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1、请求参数为：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timestamp =1489485894000</w:t>
        <w:br/>
        <w:t>courseId="107269"</w:t>
        <w:br/>
        <w:t>appId = "eh4z28vlbo"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2、将请求参数按照参数名字典顺序排列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 = "eh4z28vlbo"</w:t>
        <w:br/>
        <w:t>courseId="107269"</w:t>
        <w:br/>
        <w:t>timestamp =1489485894000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3、连接字符串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连接参数名与参数值,并在首尾加上appSecret（appSecret的值为f32c07974b2c4a1bae2a0bcc618b281c），如下：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f32c07974b2c4a1bae2a0bcc618b281cappIdeh4z28vlbocourseId107269timestamp</w:t>
        <w:br/>
        <w:t>1489485894000f32c07974b2c4a1bae2a0bcc618b281c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4、生成签名sign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18872B0CE34719CB34B15A3FB173D229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获取课程的回放视频列表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