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如何自定义直播频道名称（视频）</w:t>
      </w:r>
    </w:p>
    <w:p>
      <w:pPr>
        <w:pStyle w:val="Heading2"/>
      </w:pPr>
      <w:r>
        <w:t>视频说明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进入【云直播】后台，点击【频道列表】——【我的直播频道】，在【频道名称】右边的操作点击【设置】——【基本信息设置】。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进入【基本信息设置】的界面后，在【直播频道名称】中修改活动名称就可以了。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如何自定义直播频道名称（视频）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